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B92409" w:rsidRPr="007844EA" w14:paraId="1E424C09" w14:textId="77777777" w:rsidTr="009D2C13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9153CBE" w14:textId="77777777" w:rsidR="00B92409" w:rsidRDefault="00B92409" w:rsidP="00B92409">
            <w:r>
              <w:object w:dxaOrig="7860" w:dyaOrig="9660" w14:anchorId="25071B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style="width:95.25pt;height:112.5pt" o:ole="">
                  <v:imagedata r:id="rId8" o:title=""/>
                </v:shape>
                <o:OLEObject Type="Embed" ProgID="PBrush" ShapeID="_x0000_i1032" DrawAspect="Content" ObjectID="_1850034424" r:id="rId9"/>
              </w:object>
            </w:r>
          </w:p>
          <w:p w14:paraId="1E436AD0" w14:textId="1EC82E13" w:rsidR="00B92409" w:rsidRPr="007844EA" w:rsidRDefault="00B92409" w:rsidP="00B92409">
            <w:pPr>
              <w:jc w:val="center"/>
              <w:rPr>
                <w:sz w:val="24"/>
                <w:szCs w:val="24"/>
              </w:rPr>
            </w:pPr>
            <w:proofErr w:type="spellStart"/>
            <w:r w:rsidRPr="00A20697">
              <w:rPr>
                <w:color w:val="00204F"/>
                <w:sz w:val="24"/>
                <w:szCs w:val="24"/>
              </w:rPr>
              <w:t>ComunaTomești</w:t>
            </w:r>
            <w:proofErr w:type="spellEnd"/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B6574E6" w14:textId="4B737862" w:rsidR="00B92409" w:rsidRPr="007844EA" w:rsidRDefault="00B92409" w:rsidP="00B9240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ghita</w:t>
            </w:r>
            <w:proofErr w:type="spellEnd"/>
          </w:p>
        </w:tc>
      </w:tr>
      <w:tr w:rsidR="00B92409" w:rsidRPr="007844EA" w14:paraId="3AE27EB9" w14:textId="77777777" w:rsidTr="009D2C13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706BBCC0" w14:textId="77777777" w:rsidR="00B92409" w:rsidRPr="007844EA" w:rsidRDefault="00B92409" w:rsidP="00B92409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034F687" w14:textId="12144270" w:rsidR="00B92409" w:rsidRPr="007844EA" w:rsidRDefault="00B92409" w:rsidP="00B92409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omuna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Tome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ști</w:t>
            </w:r>
          </w:p>
        </w:tc>
      </w:tr>
      <w:tr w:rsidR="00B92409" w:rsidRPr="007844EA" w14:paraId="30FC0CE8" w14:textId="77777777" w:rsidTr="009D2C13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1E24456B" w14:textId="77777777" w:rsidR="00B92409" w:rsidRPr="007844EA" w:rsidRDefault="00B92409" w:rsidP="00B9240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BAD4597" w14:textId="77777777" w:rsidR="00B92409" w:rsidRPr="007844EA" w:rsidRDefault="00B92409" w:rsidP="00B9240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25FFF3F2" w14:textId="015395D0" w:rsidR="00B92409" w:rsidRPr="007844EA" w:rsidRDefault="00B92409" w:rsidP="00B92409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15865574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C787270" w14:textId="77777777" w:rsidR="00B92409" w:rsidRPr="007844EA" w:rsidRDefault="00B92409" w:rsidP="00B9240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</w:p>
          <w:p w14:paraId="73CB04A8" w14:textId="77777777" w:rsidR="00B92409" w:rsidRDefault="00B92409" w:rsidP="00B9240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Tomești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Sat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Tomești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,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 </w:t>
            </w:r>
            <w:proofErr w:type="gram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682,  j</w:t>
            </w:r>
            <w:proofErr w:type="gramEnd"/>
          </w:p>
          <w:p w14:paraId="4E7E964B" w14:textId="77777777" w:rsidR="00B92409" w:rsidRPr="007844EA" w:rsidRDefault="00B92409" w:rsidP="00B9240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,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5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37037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,</w:t>
            </w:r>
          </w:p>
          <w:p w14:paraId="69589F6C" w14:textId="77777777" w:rsidR="00B92409" w:rsidRPr="007844EA" w:rsidRDefault="00B92409" w:rsidP="00B9240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 xml:space="preserve">Tel: +0266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378 118</w:t>
            </w:r>
          </w:p>
          <w:p w14:paraId="05052228" w14:textId="07E8ECD2" w:rsidR="00B92409" w:rsidRPr="007844EA" w:rsidRDefault="00B92409" w:rsidP="00B9240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hyperlink r:id="rId10" w:history="1">
              <w:r w:rsidRPr="009C13C2">
                <w:rPr>
                  <w:rStyle w:val="Hiperhivatkozs"/>
                  <w:rFonts w:ascii="Times New Roman" w:hAnsi="Times New Roman"/>
                  <w:b/>
                  <w:sz w:val="18"/>
                  <w:szCs w:val="24"/>
                </w:rPr>
                <w:t>csikszenttamas@gmail.com</w:t>
              </w:r>
            </w:hyperlink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, </w:t>
            </w:r>
            <w:hyperlink r:id="rId11" w:history="1">
              <w:r w:rsidRPr="009C13C2">
                <w:rPr>
                  <w:rStyle w:val="Hiperhivatkozs"/>
                  <w:rFonts w:ascii="Times New Roman" w:hAnsi="Times New Roman"/>
                  <w:b/>
                  <w:sz w:val="18"/>
                  <w:szCs w:val="24"/>
                </w:rPr>
                <w:t>tomesti.hr@gmail.com</w:t>
              </w:r>
            </w:hyperlink>
          </w:p>
        </w:tc>
      </w:tr>
      <w:tr w:rsidR="00AD61E5" w:rsidRPr="007844EA" w14:paraId="07B902C3" w14:textId="77777777" w:rsidTr="009D2C13">
        <w:trPr>
          <w:trHeight w:val="124"/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5087F8D9" w14:textId="77777777" w:rsidR="00AD61E5" w:rsidRPr="007844EA" w:rsidRDefault="00AD61E5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B626B23" w14:textId="77777777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9B4CA12" w14:textId="77777777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AD61E5" w:rsidRPr="007844EA" w14:paraId="5834D64B" w14:textId="77777777" w:rsidTr="009D2C13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FABADBB" w14:textId="77777777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50AF6568" w14:textId="77777777" w:rsidR="009D2C13" w:rsidRPr="009D2C13" w:rsidRDefault="009D2C13" w:rsidP="009D2C13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9D2C13">
        <w:rPr>
          <w:rFonts w:ascii="Times New Roman" w:hAnsi="Times New Roman"/>
          <w:b/>
          <w:sz w:val="28"/>
          <w:szCs w:val="24"/>
        </w:rPr>
        <w:t xml:space="preserve">ÎNȘTIINȚARE </w:t>
      </w:r>
    </w:p>
    <w:p w14:paraId="7E0DE2A5" w14:textId="73D22BB5" w:rsidR="00AD61E5" w:rsidRPr="007844EA" w:rsidRDefault="009D2C13" w:rsidP="009D2C13">
      <w:pPr>
        <w:spacing w:before="80" w:after="60" w:line="240" w:lineRule="auto"/>
        <w:jc w:val="center"/>
        <w:rPr>
          <w:sz w:val="24"/>
          <w:szCs w:val="24"/>
        </w:rPr>
      </w:pPr>
      <w:proofErr w:type="spellStart"/>
      <w:r w:rsidRPr="009D2C13">
        <w:rPr>
          <w:rFonts w:ascii="Times New Roman" w:hAnsi="Times New Roman"/>
          <w:b/>
          <w:sz w:val="28"/>
          <w:szCs w:val="24"/>
        </w:rPr>
        <w:t>privind</w:t>
      </w:r>
      <w:proofErr w:type="spellEnd"/>
      <w:r w:rsidRPr="009D2C13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9D2C13">
        <w:rPr>
          <w:rFonts w:ascii="Times New Roman" w:hAnsi="Times New Roman"/>
          <w:b/>
          <w:sz w:val="28"/>
          <w:szCs w:val="24"/>
        </w:rPr>
        <w:t>încheierea</w:t>
      </w:r>
      <w:proofErr w:type="spellEnd"/>
      <w:r w:rsidRPr="009D2C13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9D2C13">
        <w:rPr>
          <w:rFonts w:ascii="Times New Roman" w:hAnsi="Times New Roman"/>
          <w:b/>
          <w:sz w:val="28"/>
          <w:szCs w:val="24"/>
        </w:rPr>
        <w:t>execuției</w:t>
      </w:r>
      <w:proofErr w:type="spellEnd"/>
      <w:r w:rsidRPr="009D2C13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9D2C13">
        <w:rPr>
          <w:rFonts w:ascii="Times New Roman" w:hAnsi="Times New Roman"/>
          <w:b/>
          <w:sz w:val="28"/>
          <w:szCs w:val="24"/>
        </w:rPr>
        <w:t>lucrărilor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AD61E5" w:rsidRPr="007844EA" w14:paraId="6634F76E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5BCC741" w14:textId="77777777" w:rsidR="00AD61E5" w:rsidRPr="007844EA" w:rsidRDefault="00AD61E5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AD61E5" w:rsidRPr="007844EA" w14:paraId="457A6A88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90529AE" w14:textId="77777777" w:rsidR="00AD61E5" w:rsidRPr="007844EA" w:rsidRDefault="00AD61E5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Instituția</w:t>
            </w:r>
            <w:proofErr w:type="spellEnd"/>
          </w:p>
          <w:p w14:paraId="761CAF35" w14:textId="204021CC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</w:t>
            </w:r>
            <w:r w:rsidR="00B92409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muna</w:t>
            </w:r>
            <w:proofErr w:type="spellEnd"/>
            <w:r w:rsidR="00B92409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="00B92409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Tomești</w:t>
            </w:r>
            <w:proofErr w:type="spellEnd"/>
          </w:p>
        </w:tc>
      </w:tr>
      <w:tr w:rsidR="00AD61E5" w:rsidRPr="007844EA" w14:paraId="67F3AF70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455BB00" w14:textId="33012504" w:rsidR="00AD61E5" w:rsidRPr="007844EA" w:rsidRDefault="00AD61E5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Către</w:t>
            </w:r>
            <w:proofErr w:type="spellEnd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pr</w:t>
            </w:r>
            <w:r w:rsidR="00B92409">
              <w:rPr>
                <w:rFonts w:ascii="Times New Roman" w:hAnsi="Times New Roman"/>
                <w:i/>
                <w:sz w:val="16"/>
                <w:szCs w:val="24"/>
              </w:rPr>
              <w:t>iimarul</w:t>
            </w:r>
            <w:proofErr w:type="spellEnd"/>
            <w:r w:rsidR="00B92409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B92409">
              <w:rPr>
                <w:rFonts w:ascii="Times New Roman" w:hAnsi="Times New Roman"/>
                <w:i/>
                <w:sz w:val="16"/>
                <w:szCs w:val="24"/>
              </w:rPr>
              <w:t>comunei</w:t>
            </w:r>
            <w:proofErr w:type="spellEnd"/>
            <w:r w:rsidR="00B92409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B92409">
              <w:rPr>
                <w:rFonts w:ascii="Times New Roman" w:hAnsi="Times New Roman"/>
                <w:i/>
                <w:sz w:val="16"/>
                <w:szCs w:val="24"/>
              </w:rPr>
              <w:t>Tomești</w:t>
            </w:r>
            <w:proofErr w:type="spellEnd"/>
          </w:p>
        </w:tc>
      </w:tr>
    </w:tbl>
    <w:p w14:paraId="2DC0B1E9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F24549" w:rsidRPr="00AD61E5" w14:paraId="500279CC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4760DF6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F24549" w:rsidRPr="00AD61E5" w14:paraId="6BB9EE96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A076260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855B97E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F24549" w:rsidRPr="00AD61E5" w14:paraId="262C362C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702EC33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F24549" w:rsidRPr="00AD61E5" w14:paraId="62B06357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9270111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8609CCD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D6C441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D7CAAC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F24549" w:rsidRPr="00AD61E5" w14:paraId="616F6F2F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3DFF2B9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F24549" w:rsidRPr="00AD61E5" w14:paraId="04ED964F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B093EF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CC11185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15CA1753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F24549" w:rsidRPr="00AD61E5" w14:paraId="05303800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9AC0F4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8D38BB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6A47CD1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1F554FBF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6E10291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12C46A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A9F1D3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F24549" w:rsidRPr="00AD61E5" w14:paraId="439F2EB8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5E0FEE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F24549" w:rsidRPr="00AD61E5" w14:paraId="5B5F6D4F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CD02408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80322E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76F144AA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24549" w:rsidRPr="00AD61E5" w14:paraId="6CA74968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9" w:type="dxa"/>
              <w:left w:w="30" w:type="dxa"/>
              <w:bottom w:w="9" w:type="dxa"/>
              <w:right w:w="30" w:type="dxa"/>
            </w:tcMar>
          </w:tcPr>
          <w:p w14:paraId="20E42D37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3. TITULAR AL AUTORIZAȚIEI DE CONSTRUIRE / DESFIINȚARE</w:t>
            </w:r>
          </w:p>
        </w:tc>
      </w:tr>
      <w:tr w:rsidR="00F24549" w:rsidRPr="00AD61E5" w14:paraId="4831643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68B7FDF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75979944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53DFB50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Emisă de</w:t>
            </w:r>
          </w:p>
        </w:tc>
      </w:tr>
      <w:tr w:rsidR="00F24549" w:rsidRPr="00AD61E5" w14:paraId="40DBAF4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9DDE660" w14:textId="77777777" w:rsidR="00F24549" w:rsidRPr="00AD61E5" w:rsidRDefault="00501CDD">
            <w:pPr>
              <w:spacing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i/>
                <w:sz w:val="16"/>
                <w:szCs w:val="24"/>
              </w:rPr>
              <w:t>emisă pentru executarea lucrărilor de construcții privind construirea / desființarea construcțiilor și amenajărilor</w:t>
            </w:r>
          </w:p>
        </w:tc>
      </w:tr>
      <w:tr w:rsidR="00F24549" w:rsidRPr="00AD61E5" w14:paraId="2FED6D93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46E08F7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t>Denumirea lucrării, capacitatea și categoria de lucrări din autorizație</w:t>
            </w:r>
            <w:r w:rsidRPr="00AD61E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  <w:r w:rsidRPr="00AD61E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</w:p>
        </w:tc>
      </w:tr>
      <w:tr w:rsidR="00F24549" w:rsidRPr="00AD61E5" w14:paraId="62C0860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42917EF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valoare de (lei)</w:t>
            </w:r>
          </w:p>
        </w:tc>
      </w:tr>
      <w:tr w:rsidR="00F24549" w:rsidRPr="00AD61E5" w14:paraId="4366CB96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0EE35CAB" w14:textId="77777777" w:rsidR="00F24549" w:rsidRPr="00AD61E5" w:rsidRDefault="00501CDD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ADUC LA CUNOȘTINȚĂ</w:t>
            </w:r>
            <w:r w:rsidRPr="00AD61E5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AD61E5">
              <w:rPr>
                <w:rFonts w:ascii="Times New Roman" w:hAnsi="Times New Roman"/>
                <w:sz w:val="18"/>
                <w:szCs w:val="24"/>
              </w:rPr>
              <w:t>Că la data de _______________ ora ________ au fost finalizate lucrările de construcții autorizate</w:t>
            </w:r>
            <w:r w:rsidRPr="00AD61E5">
              <w:rPr>
                <w:rFonts w:ascii="Times New Roman" w:hAnsi="Times New Roman"/>
                <w:sz w:val="18"/>
                <w:szCs w:val="24"/>
              </w:rPr>
              <w:br/>
              <w:t>pentru imobilul de mai jos</w:t>
            </w:r>
          </w:p>
        </w:tc>
      </w:tr>
    </w:tbl>
    <w:p w14:paraId="599D0D8F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F24549" w:rsidRPr="00AD61E5" w14:paraId="13ABA209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9" w:type="dxa"/>
              <w:left w:w="30" w:type="dxa"/>
              <w:bottom w:w="9" w:type="dxa"/>
              <w:right w:w="30" w:type="dxa"/>
            </w:tcMar>
          </w:tcPr>
          <w:p w14:paraId="791E1F81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F24549" w:rsidRPr="00AD61E5" w14:paraId="0B1782AF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3A73E4A6" w14:textId="77777777" w:rsidR="00F24549" w:rsidRPr="00AD61E5" w:rsidRDefault="00501CDD">
            <w:pPr>
              <w:spacing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F24549" w:rsidRPr="00AD61E5" w14:paraId="01BF8674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1FFD26E7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4DCA2FA7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6092FB4C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F24549" w:rsidRPr="00AD61E5" w14:paraId="596F7C70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B95BC93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A70223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ADDFF3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19482ED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F24549" w:rsidRPr="00AD61E5" w14:paraId="0477B8E0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2505B353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AD61E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9" w:type="dxa"/>
              <w:left w:w="30" w:type="dxa"/>
              <w:bottom w:w="9" w:type="dxa"/>
              <w:right w:w="30" w:type="dxa"/>
            </w:tcMar>
          </w:tcPr>
          <w:p w14:paraId="66BD3A70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7FFC2936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F24549" w:rsidRPr="00AD61E5" w14:paraId="501C661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07C5F388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5. CONVOCAREA COMISIEI DE RECEPȚIE</w:t>
            </w:r>
          </w:p>
        </w:tc>
      </w:tr>
      <w:tr w:rsidR="00F24549" w:rsidRPr="00AD61E5" w14:paraId="38F4CC73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6C84AD2F" w14:textId="77777777" w:rsidR="00F24549" w:rsidRPr="00AD61E5" w:rsidRDefault="00501CDD">
            <w:pPr>
              <w:spacing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sz w:val="18"/>
                <w:szCs w:val="24"/>
              </w:rPr>
              <w:t>Se convoacă comisia de recepție la terminarea lucrărilor, la data ____________________ ora ________</w:t>
            </w:r>
          </w:p>
        </w:tc>
      </w:tr>
    </w:tbl>
    <w:p w14:paraId="225432AB" w14:textId="77777777" w:rsidR="00F24549" w:rsidRPr="00AD61E5" w:rsidRDefault="00F24549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24549" w:rsidRPr="00AD61E5" w14:paraId="154CF267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13288A43" w14:textId="77777777" w:rsidR="00F24549" w:rsidRPr="00AD61E5" w:rsidRDefault="00501CDD">
            <w:pPr>
              <w:spacing w:before="10" w:after="1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F24549" w:rsidRPr="00AD61E5" w14:paraId="5894C2D6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3FC0686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369329DB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6B994F8" w14:textId="77777777" w:rsidR="00F24549" w:rsidRPr="00AD61E5" w:rsidRDefault="00501CDD">
            <w:pPr>
              <w:spacing w:after="0" w:line="240" w:lineRule="auto"/>
              <w:rPr>
                <w:sz w:val="24"/>
                <w:szCs w:val="24"/>
              </w:rPr>
            </w:pPr>
            <w:r w:rsidRPr="00AD61E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5E03764A" w14:textId="77777777" w:rsidR="00686D6D" w:rsidRPr="00AD61E5" w:rsidRDefault="00686D6D">
      <w:pPr>
        <w:rPr>
          <w:sz w:val="24"/>
          <w:szCs w:val="24"/>
        </w:rPr>
      </w:pPr>
    </w:p>
    <w:sectPr w:rsidR="00686D6D" w:rsidRPr="00AD61E5" w:rsidSect="005A3293">
      <w:footerReference w:type="default" r:id="rId12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0073E" w14:textId="77777777" w:rsidR="005829D5" w:rsidRDefault="005829D5">
      <w:pPr>
        <w:spacing w:after="0" w:line="240" w:lineRule="auto"/>
      </w:pPr>
      <w:r>
        <w:separator/>
      </w:r>
    </w:p>
  </w:endnote>
  <w:endnote w:type="continuationSeparator" w:id="0">
    <w:p w14:paraId="11C7BD12" w14:textId="77777777" w:rsidR="005829D5" w:rsidRDefault="00582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16ACA" w14:textId="77777777" w:rsidR="00F24549" w:rsidRDefault="00501CDD">
    <w:pPr>
      <w:pStyle w:val="llb"/>
      <w:jc w:val="center"/>
    </w:pPr>
    <w:r>
      <w:rPr>
        <w:rFonts w:ascii="Times New Roman" w:hAnsi="Times New Roman"/>
        <w:color w:val="646464"/>
        <w:sz w:val="16"/>
      </w:rPr>
      <w:t xml:space="preserve">F_A_10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08826" w14:textId="77777777" w:rsidR="005829D5" w:rsidRDefault="005829D5">
      <w:pPr>
        <w:spacing w:after="0" w:line="240" w:lineRule="auto"/>
      </w:pPr>
      <w:r>
        <w:separator/>
      </w:r>
    </w:p>
  </w:footnote>
  <w:footnote w:type="continuationSeparator" w:id="0">
    <w:p w14:paraId="1B66B368" w14:textId="77777777" w:rsidR="005829D5" w:rsidRDefault="005829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1998215">
    <w:abstractNumId w:val="8"/>
  </w:num>
  <w:num w:numId="2" w16cid:durableId="1251163928">
    <w:abstractNumId w:val="6"/>
  </w:num>
  <w:num w:numId="3" w16cid:durableId="710806097">
    <w:abstractNumId w:val="5"/>
  </w:num>
  <w:num w:numId="4" w16cid:durableId="1485468355">
    <w:abstractNumId w:val="4"/>
  </w:num>
  <w:num w:numId="5" w16cid:durableId="1054426092">
    <w:abstractNumId w:val="7"/>
  </w:num>
  <w:num w:numId="6" w16cid:durableId="1973946956">
    <w:abstractNumId w:val="3"/>
  </w:num>
  <w:num w:numId="7" w16cid:durableId="46493603">
    <w:abstractNumId w:val="2"/>
  </w:num>
  <w:num w:numId="8" w16cid:durableId="1895003029">
    <w:abstractNumId w:val="1"/>
  </w:num>
  <w:num w:numId="9" w16cid:durableId="1531870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0FFD"/>
    <w:rsid w:val="0029639D"/>
    <w:rsid w:val="00326F90"/>
    <w:rsid w:val="00501CDD"/>
    <w:rsid w:val="0056432C"/>
    <w:rsid w:val="005829D5"/>
    <w:rsid w:val="005A3293"/>
    <w:rsid w:val="00686D6D"/>
    <w:rsid w:val="00827DB9"/>
    <w:rsid w:val="008C4840"/>
    <w:rsid w:val="009D2C13"/>
    <w:rsid w:val="00AA1D8D"/>
    <w:rsid w:val="00AD61E5"/>
    <w:rsid w:val="00B47730"/>
    <w:rsid w:val="00B92409"/>
    <w:rsid w:val="00CB0664"/>
    <w:rsid w:val="00F245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F040E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B924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omesti.hr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sikszenttamas@gmail.com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245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Biro Monika</cp:lastModifiedBy>
  <cp:revision>5</cp:revision>
  <cp:lastPrinted>2026-09-04T10:40:00Z</cp:lastPrinted>
  <dcterms:created xsi:type="dcterms:W3CDTF">2013-12-23T23:15:00Z</dcterms:created>
  <dcterms:modified xsi:type="dcterms:W3CDTF">2026-09-04T10:40:00Z</dcterms:modified>
  <cp:category/>
</cp:coreProperties>
</file>