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565B95" w:rsidRPr="007844EA" w14:paraId="670CEBBD" w14:textId="77777777" w:rsidTr="007E3051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1DCF08A" w14:textId="77777777" w:rsidR="00565B95" w:rsidRDefault="00565B95" w:rsidP="00565B95">
            <w:r>
              <w:object w:dxaOrig="7860" w:dyaOrig="9660" w14:anchorId="33EBC45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95.25pt;height:112.5pt" o:ole="">
                  <v:imagedata r:id="rId8" o:title=""/>
                </v:shape>
                <o:OLEObject Type="Embed" ProgID="PBrush" ShapeID="_x0000_i1033" DrawAspect="Content" ObjectID="_1850033785" r:id="rId9"/>
              </w:object>
            </w:r>
          </w:p>
          <w:p w14:paraId="425D5DB8" w14:textId="3404A949" w:rsidR="00565B95" w:rsidRPr="007844EA" w:rsidRDefault="00565B95" w:rsidP="00565B95">
            <w:pPr>
              <w:jc w:val="center"/>
              <w:rPr>
                <w:sz w:val="24"/>
                <w:szCs w:val="24"/>
              </w:rPr>
            </w:pPr>
            <w:proofErr w:type="spellStart"/>
            <w:r w:rsidRPr="00A20697">
              <w:rPr>
                <w:color w:val="00204F"/>
                <w:sz w:val="24"/>
                <w:szCs w:val="24"/>
              </w:rPr>
              <w:t>ComunaTomești</w:t>
            </w:r>
            <w:proofErr w:type="spellEnd"/>
          </w:p>
        </w:tc>
        <w:tc>
          <w:tcPr>
            <w:tcW w:w="86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2E1447B" w14:textId="4F316CC2" w:rsidR="00565B95" w:rsidRPr="007844EA" w:rsidRDefault="00565B95" w:rsidP="00565B95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ghita</w:t>
            </w:r>
            <w:proofErr w:type="spellEnd"/>
          </w:p>
        </w:tc>
      </w:tr>
      <w:tr w:rsidR="00565B95" w:rsidRPr="007844EA" w14:paraId="0662ACE0" w14:textId="77777777" w:rsidTr="007E3051">
        <w:trPr>
          <w:jc w:val="center"/>
        </w:trPr>
        <w:tc>
          <w:tcPr>
            <w:tcW w:w="2160" w:type="dxa"/>
            <w:vMerge/>
            <w:tcBorders>
              <w:left w:val="single" w:sz="4" w:space="0" w:color="auto"/>
            </w:tcBorders>
          </w:tcPr>
          <w:p w14:paraId="75BC8F51" w14:textId="77777777" w:rsidR="00565B95" w:rsidRPr="007844EA" w:rsidRDefault="00565B95" w:rsidP="00565B95">
            <w:pPr>
              <w:rPr>
                <w:sz w:val="24"/>
                <w:szCs w:val="24"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DD31893" w14:textId="71E83175" w:rsidR="00565B95" w:rsidRPr="007844EA" w:rsidRDefault="00565B95" w:rsidP="00565B95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omuna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Tome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ști</w:t>
            </w:r>
          </w:p>
        </w:tc>
      </w:tr>
      <w:tr w:rsidR="00565B95" w:rsidRPr="007844EA" w14:paraId="5AFAA372" w14:textId="77777777" w:rsidTr="007E3051">
        <w:trPr>
          <w:jc w:val="center"/>
        </w:trPr>
        <w:tc>
          <w:tcPr>
            <w:tcW w:w="2160" w:type="dxa"/>
            <w:vMerge/>
            <w:tcBorders>
              <w:left w:val="single" w:sz="4" w:space="0" w:color="auto"/>
            </w:tcBorders>
          </w:tcPr>
          <w:p w14:paraId="128ECF51" w14:textId="77777777" w:rsidR="00565B95" w:rsidRPr="007844EA" w:rsidRDefault="00565B95" w:rsidP="00565B95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4027F81" w14:textId="77777777" w:rsidR="00565B95" w:rsidRPr="007844EA" w:rsidRDefault="00565B95" w:rsidP="00565B95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de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identificare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fiscală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(CIF)</w:t>
            </w:r>
          </w:p>
          <w:p w14:paraId="1406BEF0" w14:textId="4EE266FB" w:rsidR="00565B95" w:rsidRPr="007844EA" w:rsidRDefault="00565B95" w:rsidP="00565B95">
            <w:pPr>
              <w:spacing w:after="2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15865574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D1B4356" w14:textId="77777777" w:rsidR="00565B95" w:rsidRPr="007844EA" w:rsidRDefault="00565B95" w:rsidP="00565B95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Adresa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proofErr w:type="gram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oficială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:</w:t>
            </w:r>
            <w:proofErr w:type="gram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</w:p>
          <w:p w14:paraId="39F2F536" w14:textId="77777777" w:rsidR="00565B95" w:rsidRDefault="00565B95" w:rsidP="00565B95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Tomești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,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Sat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Tomești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,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 </w:t>
            </w:r>
            <w:proofErr w:type="gram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682,  j</w:t>
            </w:r>
            <w:proofErr w:type="gramEnd"/>
          </w:p>
          <w:p w14:paraId="38B5F095" w14:textId="77777777" w:rsidR="00565B95" w:rsidRPr="007844EA" w:rsidRDefault="00565B95" w:rsidP="00565B95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Harghita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, 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5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37037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,</w:t>
            </w:r>
          </w:p>
          <w:p w14:paraId="36DB6769" w14:textId="77777777" w:rsidR="00565B95" w:rsidRPr="007844EA" w:rsidRDefault="00565B95" w:rsidP="00565B95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România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ab/>
              <w:t xml:space="preserve">Tel: +0266 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378 118</w:t>
            </w:r>
          </w:p>
          <w:p w14:paraId="2C5BDB59" w14:textId="1A1AF479" w:rsidR="00565B95" w:rsidRPr="007844EA" w:rsidRDefault="00565B95" w:rsidP="00565B95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E-mail: 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hyperlink r:id="rId10" w:history="1">
              <w:r w:rsidRPr="009C13C2">
                <w:rPr>
                  <w:rStyle w:val="Hiperhivatkozs"/>
                  <w:rFonts w:ascii="Times New Roman" w:hAnsi="Times New Roman"/>
                  <w:b/>
                  <w:sz w:val="18"/>
                  <w:szCs w:val="24"/>
                </w:rPr>
                <w:t>csikszenttamas@gmail.com</w:t>
              </w:r>
            </w:hyperlink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, </w:t>
            </w:r>
            <w:hyperlink r:id="rId11" w:history="1">
              <w:r w:rsidRPr="009C13C2">
                <w:rPr>
                  <w:rStyle w:val="Hiperhivatkozs"/>
                  <w:rFonts w:ascii="Times New Roman" w:hAnsi="Times New Roman"/>
                  <w:b/>
                  <w:sz w:val="18"/>
                  <w:szCs w:val="24"/>
                </w:rPr>
                <w:t>tomesti.hr@gmail.com</w:t>
              </w:r>
            </w:hyperlink>
          </w:p>
        </w:tc>
      </w:tr>
      <w:tr w:rsidR="002A57DE" w:rsidRPr="007844EA" w14:paraId="50FDCF3E" w14:textId="77777777" w:rsidTr="007E3051">
        <w:trPr>
          <w:trHeight w:val="124"/>
          <w:jc w:val="center"/>
        </w:trPr>
        <w:tc>
          <w:tcPr>
            <w:tcW w:w="2160" w:type="dxa"/>
            <w:vMerge/>
            <w:tcBorders>
              <w:left w:val="single" w:sz="4" w:space="0" w:color="auto"/>
            </w:tcBorders>
          </w:tcPr>
          <w:p w14:paraId="5C5D3C81" w14:textId="77777777" w:rsidR="002A57DE" w:rsidRPr="007844EA" w:rsidRDefault="002A57DE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FE716DF" w14:textId="77777777" w:rsidR="002A57DE" w:rsidRPr="007844EA" w:rsidRDefault="002A57DE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înregistrare</w:t>
            </w:r>
            <w:proofErr w:type="spellEnd"/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F656C6F" w14:textId="77777777" w:rsidR="002A57DE" w:rsidRPr="007844EA" w:rsidRDefault="002A57DE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</w:tr>
      <w:tr w:rsidR="002A57DE" w:rsidRPr="007844EA" w14:paraId="240E8E2D" w14:textId="77777777" w:rsidTr="007E3051">
        <w:trPr>
          <w:jc w:val="center"/>
        </w:trPr>
        <w:tc>
          <w:tcPr>
            <w:tcW w:w="1080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4044D19" w14:textId="77777777" w:rsidR="002A57DE" w:rsidRPr="007844EA" w:rsidRDefault="002A57DE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se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completează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de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autoritate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—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solicitantul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nu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scrie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în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această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zonă</w:t>
            </w:r>
            <w:proofErr w:type="spellEnd"/>
          </w:p>
        </w:tc>
      </w:tr>
    </w:tbl>
    <w:p w14:paraId="544EB3D2" w14:textId="77777777" w:rsidR="007E3051" w:rsidRPr="007E3051" w:rsidRDefault="007E3051" w:rsidP="007E3051">
      <w:pPr>
        <w:spacing w:before="80" w:after="6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7E3051">
        <w:rPr>
          <w:rFonts w:ascii="Times New Roman" w:hAnsi="Times New Roman"/>
          <w:b/>
          <w:sz w:val="28"/>
          <w:szCs w:val="24"/>
        </w:rPr>
        <w:t xml:space="preserve">ÎNȘTIINȚARE </w:t>
      </w:r>
    </w:p>
    <w:p w14:paraId="5D7122DF" w14:textId="6A556018" w:rsidR="002A57DE" w:rsidRPr="007E3051" w:rsidRDefault="007E3051" w:rsidP="007E3051">
      <w:pPr>
        <w:spacing w:before="80" w:after="60" w:line="240" w:lineRule="auto"/>
        <w:jc w:val="center"/>
        <w:rPr>
          <w:bCs/>
          <w:sz w:val="20"/>
          <w:szCs w:val="20"/>
        </w:rPr>
      </w:pPr>
      <w:proofErr w:type="spellStart"/>
      <w:r w:rsidRPr="007E3051">
        <w:rPr>
          <w:rFonts w:ascii="Times New Roman" w:hAnsi="Times New Roman"/>
          <w:bCs/>
          <w:szCs w:val="20"/>
        </w:rPr>
        <w:t>privind</w:t>
      </w:r>
      <w:proofErr w:type="spellEnd"/>
      <w:r w:rsidRPr="007E3051">
        <w:rPr>
          <w:rFonts w:ascii="Times New Roman" w:hAnsi="Times New Roman"/>
          <w:bCs/>
          <w:szCs w:val="20"/>
        </w:rPr>
        <w:t xml:space="preserve"> </w:t>
      </w:r>
      <w:proofErr w:type="spellStart"/>
      <w:r w:rsidRPr="007E3051">
        <w:rPr>
          <w:rFonts w:ascii="Times New Roman" w:hAnsi="Times New Roman"/>
          <w:bCs/>
          <w:szCs w:val="20"/>
        </w:rPr>
        <w:t>începerea</w:t>
      </w:r>
      <w:proofErr w:type="spellEnd"/>
      <w:r w:rsidRPr="007E3051">
        <w:rPr>
          <w:rFonts w:ascii="Times New Roman" w:hAnsi="Times New Roman"/>
          <w:bCs/>
          <w:szCs w:val="20"/>
        </w:rPr>
        <w:t xml:space="preserve"> </w:t>
      </w:r>
      <w:proofErr w:type="spellStart"/>
      <w:r w:rsidRPr="007E3051">
        <w:rPr>
          <w:rFonts w:ascii="Times New Roman" w:hAnsi="Times New Roman"/>
          <w:bCs/>
          <w:szCs w:val="20"/>
        </w:rPr>
        <w:t>execuției</w:t>
      </w:r>
      <w:proofErr w:type="spellEnd"/>
      <w:r w:rsidRPr="007E3051">
        <w:rPr>
          <w:rFonts w:ascii="Times New Roman" w:hAnsi="Times New Roman"/>
          <w:bCs/>
          <w:szCs w:val="20"/>
        </w:rPr>
        <w:t xml:space="preserve"> </w:t>
      </w:r>
      <w:proofErr w:type="spellStart"/>
      <w:r w:rsidRPr="007E3051">
        <w:rPr>
          <w:rFonts w:ascii="Times New Roman" w:hAnsi="Times New Roman"/>
          <w:bCs/>
          <w:szCs w:val="20"/>
        </w:rPr>
        <w:t>lucrărilor</w:t>
      </w:r>
      <w:proofErr w:type="spellEnd"/>
    </w:p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2A57DE" w:rsidRPr="007844EA" w14:paraId="1D12CB13" w14:textId="77777777" w:rsidTr="00565B95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853ACA3" w14:textId="77777777" w:rsidR="002A57DE" w:rsidRPr="007844EA" w:rsidRDefault="002A57DE" w:rsidP="005A67B9">
            <w:pPr>
              <w:spacing w:before="20"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565B95" w:rsidRPr="007844EA" w14:paraId="5D5D8091" w14:textId="77777777" w:rsidTr="00565B95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42DF6AE5" w14:textId="77777777" w:rsidR="00565B95" w:rsidRPr="007C1B5A" w:rsidRDefault="00565B95" w:rsidP="00565B95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proofErr w:type="spellStart"/>
            <w:r w:rsidRPr="007C1B5A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Instituția</w:t>
            </w:r>
            <w:proofErr w:type="spellEnd"/>
          </w:p>
          <w:p w14:paraId="68714B2A" w14:textId="1014AFE2" w:rsidR="00565B95" w:rsidRPr="007844EA" w:rsidRDefault="00565B95" w:rsidP="00565B95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C1B5A"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>Co</w:t>
            </w:r>
            <w:r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>muna</w:t>
            </w:r>
            <w:proofErr w:type="spellEnd"/>
            <w:r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>Tomești</w:t>
            </w:r>
            <w:proofErr w:type="spellEnd"/>
          </w:p>
        </w:tc>
      </w:tr>
      <w:tr w:rsidR="00565B95" w:rsidRPr="007844EA" w14:paraId="733AC7F4" w14:textId="77777777" w:rsidTr="00565B95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671A339C" w14:textId="593B0800" w:rsidR="00565B95" w:rsidRPr="007844EA" w:rsidRDefault="00565B95" w:rsidP="00565B95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C1B5A">
              <w:rPr>
                <w:rFonts w:ascii="Times New Roman" w:hAnsi="Times New Roman"/>
                <w:i/>
                <w:sz w:val="18"/>
                <w:szCs w:val="28"/>
              </w:rPr>
              <w:t>Către</w:t>
            </w:r>
            <w:proofErr w:type="spellEnd"/>
            <w:r w:rsidRPr="007C1B5A">
              <w:rPr>
                <w:rFonts w:ascii="Times New Roman" w:hAnsi="Times New Roman"/>
                <w:i/>
                <w:sz w:val="18"/>
                <w:szCs w:val="28"/>
              </w:rPr>
              <w:t xml:space="preserve"> </w:t>
            </w:r>
            <w:proofErr w:type="spellStart"/>
            <w:r w:rsidRPr="007C1B5A">
              <w:rPr>
                <w:rFonts w:ascii="Times New Roman" w:hAnsi="Times New Roman"/>
                <w:i/>
                <w:sz w:val="18"/>
                <w:szCs w:val="28"/>
              </w:rPr>
              <w:t>pr</w:t>
            </w:r>
            <w:r>
              <w:rPr>
                <w:rFonts w:ascii="Times New Roman" w:hAnsi="Times New Roman"/>
                <w:i/>
                <w:sz w:val="18"/>
                <w:szCs w:val="28"/>
              </w:rPr>
              <w:t>imarul</w:t>
            </w:r>
            <w:proofErr w:type="spellEnd"/>
            <w:r>
              <w:rPr>
                <w:rFonts w:ascii="Times New Roman" w:hAnsi="Times New Roman"/>
                <w:i/>
                <w:sz w:val="1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8"/>
                <w:szCs w:val="28"/>
              </w:rPr>
              <w:t>comunei</w:t>
            </w:r>
            <w:proofErr w:type="spellEnd"/>
            <w:r>
              <w:rPr>
                <w:rFonts w:ascii="Times New Roman" w:hAnsi="Times New Roman"/>
                <w:i/>
                <w:sz w:val="1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8"/>
                <w:szCs w:val="28"/>
              </w:rPr>
              <w:t>Tomești</w:t>
            </w:r>
            <w:proofErr w:type="spellEnd"/>
          </w:p>
        </w:tc>
      </w:tr>
    </w:tbl>
    <w:p w14:paraId="10A2AD89" w14:textId="77777777" w:rsidR="00FD1AB0" w:rsidRPr="002A57DE" w:rsidRDefault="00FD1AB0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FD1AB0" w:rsidRPr="002A57DE" w14:paraId="1FD69826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4BE80A0E" w14:textId="77777777" w:rsidR="00FD1AB0" w:rsidRPr="002A57DE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FD1AB0" w:rsidRPr="002A57DE" w14:paraId="02DFC4F4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697B436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4E93D42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CNP</w:t>
            </w:r>
          </w:p>
        </w:tc>
      </w:tr>
      <w:tr w:rsidR="00FD1AB0" w:rsidRPr="002A57DE" w14:paraId="7BA51D64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D936C0D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color w:val="000000"/>
                <w:sz w:val="16"/>
                <w:szCs w:val="24"/>
              </w:rPr>
              <w:t>Act de identitate</w:t>
            </w:r>
          </w:p>
        </w:tc>
      </w:tr>
      <w:tr w:rsidR="00FD1AB0" w:rsidRPr="002A57DE" w14:paraId="7E89E0CA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865810A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39140BEA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119DB16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67F6B4FB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La data</w:t>
            </w:r>
          </w:p>
        </w:tc>
      </w:tr>
      <w:tr w:rsidR="00FD1AB0" w:rsidRPr="002A57DE" w14:paraId="296CCC3E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A819CE6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color w:val="000000"/>
                <w:sz w:val="16"/>
                <w:szCs w:val="24"/>
              </w:rPr>
              <w:t>Domiciliul</w:t>
            </w:r>
          </w:p>
        </w:tc>
      </w:tr>
      <w:tr w:rsidR="00FD1AB0" w:rsidRPr="002A57DE" w14:paraId="273AEF18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4DE43233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4666B9E6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6DF6918E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 w:rsidR="00FD1AB0" w:rsidRPr="002A57DE" w14:paraId="70FA8AC6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1AF344F6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1A951A9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7AE6E06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9BFCDC5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2E45F1F5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4C60135A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1CD34B40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</w:p>
        </w:tc>
      </w:tr>
      <w:tr w:rsidR="00FD1AB0" w:rsidRPr="002A57DE" w14:paraId="6DD8CC61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6AAB46E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color w:val="000000"/>
                <w:sz w:val="16"/>
                <w:szCs w:val="24"/>
              </w:rPr>
              <w:t>Date de contact</w:t>
            </w:r>
          </w:p>
        </w:tc>
      </w:tr>
      <w:tr w:rsidR="00FD1AB0" w:rsidRPr="002A57DE" w14:paraId="3E7B76A2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31259F13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B545CDE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</w:t>
            </w:r>
          </w:p>
        </w:tc>
      </w:tr>
    </w:tbl>
    <w:p w14:paraId="2182F15B" w14:textId="77777777" w:rsidR="00FD1AB0" w:rsidRPr="002A57DE" w:rsidRDefault="00FD1AB0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D1AB0" w:rsidRPr="002A57DE" w14:paraId="29D0924F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3771F4FE" w14:textId="77777777" w:rsidR="00FD1AB0" w:rsidRPr="002A57DE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sz w:val="18"/>
                <w:szCs w:val="24"/>
              </w:rPr>
              <w:t>3. TITULAR AL AUTORIZAȚIEI DE CONSTRUIRE/DESFIINȚARE</w:t>
            </w:r>
          </w:p>
        </w:tc>
      </w:tr>
      <w:tr w:rsidR="00FD1AB0" w:rsidRPr="002A57DE" w14:paraId="2A151C0A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189B8F7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B89B485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CDF3585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Emisă de</w:t>
            </w:r>
          </w:p>
        </w:tc>
      </w:tr>
      <w:tr w:rsidR="00FD1AB0" w:rsidRPr="002A57DE" w14:paraId="124381BB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6E1749E" w14:textId="77777777" w:rsidR="00FD1AB0" w:rsidRPr="002A57DE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i/>
                <w:sz w:val="16"/>
                <w:szCs w:val="24"/>
              </w:rPr>
              <w:t>emisă pentru executarea lucrărilor de construcții privind construirea / desființarea construcțiilor și amenajărilor</w:t>
            </w:r>
          </w:p>
        </w:tc>
      </w:tr>
      <w:tr w:rsidR="00FD1AB0" w:rsidRPr="002A57DE" w14:paraId="7183E157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2D49C7B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t>Denumirea lucrării, capacitatea și categoria de lucrări din autorizație</w:t>
            </w:r>
            <w:r w:rsidRPr="002A57DE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br/>
            </w:r>
            <w:r w:rsidRPr="002A57DE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br/>
            </w:r>
          </w:p>
        </w:tc>
      </w:tr>
      <w:tr w:rsidR="00FD1AB0" w:rsidRPr="002A57DE" w14:paraId="2986943A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B68AB75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 valoare de (lei)</w:t>
            </w:r>
          </w:p>
        </w:tc>
      </w:tr>
      <w:tr w:rsidR="00FD1AB0" w:rsidRPr="002A57DE" w14:paraId="03E92F4A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AF13E21" w14:textId="77777777" w:rsidR="00FD1AB0" w:rsidRPr="002A57DE" w:rsidRDefault="00000000">
            <w:pPr>
              <w:spacing w:before="40" w:after="40" w:line="240" w:lineRule="auto"/>
              <w:jc w:val="center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sz w:val="18"/>
                <w:szCs w:val="24"/>
              </w:rPr>
              <w:t>ADUC LA CUNOȘTINȚĂ</w:t>
            </w:r>
            <w:r w:rsidRPr="002A57DE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2A57DE">
              <w:rPr>
                <w:rFonts w:ascii="Times New Roman" w:hAnsi="Times New Roman"/>
                <w:sz w:val="18"/>
                <w:szCs w:val="24"/>
              </w:rPr>
              <w:t>Că la data de _______________ ora ________ vor începe lucrările de construcții autorizate</w:t>
            </w:r>
            <w:r w:rsidRPr="002A57DE">
              <w:rPr>
                <w:rFonts w:ascii="Times New Roman" w:hAnsi="Times New Roman"/>
                <w:sz w:val="18"/>
                <w:szCs w:val="24"/>
              </w:rPr>
              <w:br/>
              <w:t>pentru imobilul de mai jos</w:t>
            </w:r>
          </w:p>
        </w:tc>
      </w:tr>
    </w:tbl>
    <w:p w14:paraId="23C7DF4F" w14:textId="77777777" w:rsidR="00FD1AB0" w:rsidRPr="002A57DE" w:rsidRDefault="00FD1AB0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FD1AB0" w:rsidRPr="002A57DE" w14:paraId="22F90744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5CEA0BB" w14:textId="77777777" w:rsidR="00FD1AB0" w:rsidRPr="002A57DE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sz w:val="18"/>
                <w:szCs w:val="24"/>
              </w:rPr>
              <w:t>4. IMOBILUL</w:t>
            </w:r>
          </w:p>
        </w:tc>
      </w:tr>
      <w:tr w:rsidR="00FD1AB0" w:rsidRPr="002A57DE" w14:paraId="6665EA66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69893AB" w14:textId="77777777" w:rsidR="00FD1AB0" w:rsidRPr="002A57DE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sz w:val="18"/>
                <w:szCs w:val="24"/>
              </w:rPr>
              <w:t>☐ teren     ☐ construcții</w:t>
            </w:r>
          </w:p>
        </w:tc>
      </w:tr>
      <w:tr w:rsidR="00FD1AB0" w:rsidRPr="002A57DE" w14:paraId="23F0D1E6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EDE3EBE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F19EA3F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 / 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03C4A08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 / sector</w:t>
            </w:r>
          </w:p>
        </w:tc>
      </w:tr>
      <w:tr w:rsidR="00FD1AB0" w:rsidRPr="002A57DE" w14:paraId="6F03A7A6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8B138D9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71DED251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C376670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46197A6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Bl. / sc. / et. / ap.</w:t>
            </w:r>
          </w:p>
        </w:tc>
      </w:tr>
      <w:tr w:rsidR="00FD1AB0" w:rsidRPr="002A57DE" w14:paraId="25E74F5B" w14:textId="77777777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7A437E2B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 cadastral</w:t>
            </w: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2A57DE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dacă imobilul e înscris în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A4C22FF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Carte funciară nr.</w:t>
            </w:r>
          </w:p>
        </w:tc>
      </w:tr>
    </w:tbl>
    <w:p w14:paraId="35DC0ACF" w14:textId="77777777" w:rsidR="00FD1AB0" w:rsidRPr="002A57DE" w:rsidRDefault="00FD1AB0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D1AB0" w:rsidRPr="002A57DE" w14:paraId="2F863695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55977C3E" w14:textId="77777777" w:rsidR="00FD1AB0" w:rsidRPr="002A57DE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sz w:val="18"/>
                <w:szCs w:val="24"/>
              </w:rPr>
              <w:t>5. DATA ȘI SEMNĂTURA</w:t>
            </w:r>
          </w:p>
        </w:tc>
      </w:tr>
      <w:tr w:rsidR="00FD1AB0" w:rsidRPr="002A57DE" w14:paraId="029D0941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4AE8C6B9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5F1C83D1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Titularul autorizației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63F9D63F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</w:p>
        </w:tc>
      </w:tr>
    </w:tbl>
    <w:p w14:paraId="5D78B856" w14:textId="77777777" w:rsidR="00FD1AB0" w:rsidRPr="002A57DE" w:rsidRDefault="00000000">
      <w:pPr>
        <w:spacing w:before="60" w:after="0" w:line="240" w:lineRule="auto"/>
        <w:rPr>
          <w:sz w:val="24"/>
          <w:szCs w:val="24"/>
        </w:rPr>
      </w:pPr>
      <w:r w:rsidRPr="002A57DE">
        <w:rPr>
          <w:rFonts w:ascii="Times New Roman" w:hAnsi="Times New Roman"/>
          <w:i/>
          <w:color w:val="3C3C3C"/>
          <w:sz w:val="16"/>
          <w:szCs w:val="24"/>
        </w:rPr>
        <w:t>Formularul se anexează la autorizația de construire/desființare în două exemplare. Titularul autorizației este obligat să păstreze pe șantier un exemplar al acestei înștiințări, cu numărul și data înregistrării la autoritatea emitentă.</w:t>
      </w:r>
    </w:p>
    <w:sectPr w:rsidR="00FD1AB0" w:rsidRPr="002A57DE" w:rsidSect="00716742">
      <w:headerReference w:type="default" r:id="rId12"/>
      <w:footerReference w:type="default" r:id="rId13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14BDF" w14:textId="77777777" w:rsidR="00B34F58" w:rsidRDefault="00B34F58">
      <w:pPr>
        <w:spacing w:after="0" w:line="240" w:lineRule="auto"/>
      </w:pPr>
      <w:r>
        <w:separator/>
      </w:r>
    </w:p>
  </w:endnote>
  <w:endnote w:type="continuationSeparator" w:id="0">
    <w:p w14:paraId="06A863A6" w14:textId="77777777" w:rsidR="00B34F58" w:rsidRDefault="00B34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DA6AD" w14:textId="77777777" w:rsidR="00FD1AB0" w:rsidRDefault="00000000">
    <w:pPr>
      <w:pStyle w:val="llb"/>
      <w:jc w:val="center"/>
    </w:pPr>
    <w:r>
      <w:rPr>
        <w:rFonts w:ascii="Times New Roman" w:hAnsi="Times New Roman"/>
        <w:color w:val="646464"/>
        <w:sz w:val="16"/>
      </w:rPr>
      <w:t xml:space="preserve">F_A_08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B49EA" w14:textId="77777777" w:rsidR="00B34F58" w:rsidRDefault="00B34F58">
      <w:pPr>
        <w:spacing w:after="0" w:line="240" w:lineRule="auto"/>
      </w:pPr>
      <w:r>
        <w:separator/>
      </w:r>
    </w:p>
  </w:footnote>
  <w:footnote w:type="continuationSeparator" w:id="0">
    <w:p w14:paraId="228496C5" w14:textId="77777777" w:rsidR="00B34F58" w:rsidRDefault="00B34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E52CE" w14:textId="1DF8C02E" w:rsidR="00FD1AB0" w:rsidRDefault="00000000">
    <w:pPr>
      <w:pStyle w:val="lfej"/>
      <w:jc w:val="right"/>
    </w:pPr>
    <w:r>
      <w:rPr>
        <w:rFonts w:ascii="Times New Roman" w:hAnsi="Times New Roman"/>
        <w:b/>
        <w:sz w:val="19"/>
      </w:rPr>
      <w:t>31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0426199">
    <w:abstractNumId w:val="8"/>
  </w:num>
  <w:num w:numId="2" w16cid:durableId="681588258">
    <w:abstractNumId w:val="6"/>
  </w:num>
  <w:num w:numId="3" w16cid:durableId="474571281">
    <w:abstractNumId w:val="5"/>
  </w:num>
  <w:num w:numId="4" w16cid:durableId="793521822">
    <w:abstractNumId w:val="4"/>
  </w:num>
  <w:num w:numId="5" w16cid:durableId="491406445">
    <w:abstractNumId w:val="7"/>
  </w:num>
  <w:num w:numId="6" w16cid:durableId="1133445217">
    <w:abstractNumId w:val="3"/>
  </w:num>
  <w:num w:numId="7" w16cid:durableId="1065302417">
    <w:abstractNumId w:val="2"/>
  </w:num>
  <w:num w:numId="8" w16cid:durableId="921182981">
    <w:abstractNumId w:val="1"/>
  </w:num>
  <w:num w:numId="9" w16cid:durableId="2142654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0A95"/>
    <w:rsid w:val="00200FFD"/>
    <w:rsid w:val="0029639D"/>
    <w:rsid w:val="002A57DE"/>
    <w:rsid w:val="00321B9A"/>
    <w:rsid w:val="00326F90"/>
    <w:rsid w:val="0056432C"/>
    <w:rsid w:val="00565B95"/>
    <w:rsid w:val="00716742"/>
    <w:rsid w:val="007E3051"/>
    <w:rsid w:val="00AA1D8D"/>
    <w:rsid w:val="00B34F58"/>
    <w:rsid w:val="00B47730"/>
    <w:rsid w:val="00CB0664"/>
    <w:rsid w:val="00D96895"/>
    <w:rsid w:val="00FC693F"/>
    <w:rsid w:val="00FD1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B87FFC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hivatkozs">
    <w:name w:val="Hyperlink"/>
    <w:basedOn w:val="Bekezdsalapbettpusa"/>
    <w:uiPriority w:val="99"/>
    <w:unhideWhenUsed/>
    <w:rsid w:val="00565B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omesti.hr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sikszenttamas@gmail.com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Biro Monika</cp:lastModifiedBy>
  <cp:revision>5</cp:revision>
  <cp:lastPrinted>2026-09-04T10:30:00Z</cp:lastPrinted>
  <dcterms:created xsi:type="dcterms:W3CDTF">2013-12-23T23:15:00Z</dcterms:created>
  <dcterms:modified xsi:type="dcterms:W3CDTF">2026-09-04T10:30:00Z</dcterms:modified>
  <cp:category/>
</cp:coreProperties>
</file>