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D3DC2" w14:textId="77777777" w:rsidR="00EA3403" w:rsidRPr="007844EA" w:rsidRDefault="00EA3403" w:rsidP="00EA3403">
      <w:pPr>
        <w:spacing w:after="0" w:line="240" w:lineRule="auto"/>
        <w:rPr>
          <w:sz w:val="24"/>
          <w:szCs w:val="24"/>
        </w:rPr>
      </w:pP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70582C" w:rsidRPr="007844EA" w14:paraId="44BB6231" w14:textId="77777777" w:rsidTr="00BB3915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7AD1461" w14:textId="77777777" w:rsidR="0070582C" w:rsidRDefault="0070582C" w:rsidP="0070582C">
            <w:r>
              <w:object w:dxaOrig="7860" w:dyaOrig="9660" w14:anchorId="2BC5D75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25pt;height:112.5pt" o:ole="">
                  <v:imagedata r:id="rId8" o:title=""/>
                </v:shape>
                <o:OLEObject Type="Embed" ProgID="PBrush" ShapeID="_x0000_i1025" DrawAspect="Content" ObjectID="_1850032544" r:id="rId9"/>
              </w:object>
            </w:r>
          </w:p>
          <w:p w14:paraId="1E96FB78" w14:textId="3C32E068" w:rsidR="0070582C" w:rsidRPr="007844EA" w:rsidRDefault="0070582C" w:rsidP="0070582C">
            <w:pPr>
              <w:jc w:val="center"/>
              <w:rPr>
                <w:sz w:val="24"/>
                <w:szCs w:val="24"/>
              </w:rPr>
            </w:pPr>
            <w:r w:rsidRPr="0070582C">
              <w:rPr>
                <w:color w:val="004F88"/>
                <w:sz w:val="24"/>
                <w:szCs w:val="24"/>
              </w:rPr>
              <w:t>ComunaTomești</w:t>
            </w:r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139E2B8" w14:textId="536796C5" w:rsidR="0070582C" w:rsidRPr="0070582C" w:rsidRDefault="0070582C" w:rsidP="0070582C">
            <w:pPr>
              <w:spacing w:after="20" w:line="240" w:lineRule="auto"/>
              <w:rPr>
                <w:color w:val="004F88"/>
                <w:sz w:val="24"/>
                <w:szCs w:val="24"/>
              </w:rPr>
            </w:pPr>
            <w:r w:rsidRPr="0070582C">
              <w:rPr>
                <w:rFonts w:ascii="Times New Roman" w:hAnsi="Times New Roman"/>
                <w:b/>
                <w:color w:val="004F88"/>
                <w:sz w:val="18"/>
                <w:szCs w:val="24"/>
              </w:rPr>
              <w:t>Județul Harghita</w:t>
            </w:r>
          </w:p>
        </w:tc>
      </w:tr>
      <w:tr w:rsidR="0070582C" w:rsidRPr="007844EA" w14:paraId="1F200246" w14:textId="77777777" w:rsidTr="00BB3915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63B2D83A" w14:textId="77777777" w:rsidR="0070582C" w:rsidRPr="007844EA" w:rsidRDefault="0070582C" w:rsidP="0070582C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F1E0E86" w14:textId="2406CC72" w:rsidR="0070582C" w:rsidRPr="0070582C" w:rsidRDefault="0070582C" w:rsidP="0070582C">
            <w:pPr>
              <w:spacing w:after="20" w:line="240" w:lineRule="auto"/>
              <w:rPr>
                <w:color w:val="004F88"/>
                <w:sz w:val="24"/>
                <w:szCs w:val="24"/>
                <w:lang w:val="ro-RO"/>
              </w:rPr>
            </w:pPr>
            <w:r w:rsidRPr="0070582C">
              <w:rPr>
                <w:rFonts w:ascii="Times New Roman" w:hAnsi="Times New Roman"/>
                <w:b/>
                <w:color w:val="004F88"/>
                <w:sz w:val="18"/>
                <w:szCs w:val="24"/>
              </w:rPr>
              <w:t>Comuna Tome</w:t>
            </w:r>
            <w:r w:rsidRPr="0070582C">
              <w:rPr>
                <w:rFonts w:ascii="Times New Roman" w:hAnsi="Times New Roman"/>
                <w:b/>
                <w:color w:val="004F88"/>
                <w:sz w:val="18"/>
                <w:szCs w:val="24"/>
                <w:lang w:val="ro-RO"/>
              </w:rPr>
              <w:t>ști</w:t>
            </w:r>
          </w:p>
        </w:tc>
      </w:tr>
      <w:tr w:rsidR="0070582C" w:rsidRPr="007844EA" w14:paraId="412668CE" w14:textId="77777777" w:rsidTr="00BB3915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2A03F7DF" w14:textId="77777777" w:rsidR="0070582C" w:rsidRPr="007844EA" w:rsidRDefault="0070582C" w:rsidP="0070582C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66B84EA" w14:textId="77777777" w:rsidR="0070582C" w:rsidRPr="0070582C" w:rsidRDefault="0070582C" w:rsidP="0070582C">
            <w:pPr>
              <w:spacing w:after="20" w:line="240" w:lineRule="auto"/>
              <w:rPr>
                <w:rFonts w:ascii="Times New Roman" w:hAnsi="Times New Roman"/>
                <w:b/>
                <w:color w:val="004F88"/>
                <w:sz w:val="18"/>
                <w:szCs w:val="24"/>
              </w:rPr>
            </w:pPr>
            <w:r w:rsidRPr="0070582C">
              <w:rPr>
                <w:rFonts w:ascii="Times New Roman" w:hAnsi="Times New Roman"/>
                <w:b/>
                <w:color w:val="004F88"/>
                <w:sz w:val="18"/>
                <w:szCs w:val="24"/>
              </w:rPr>
              <w:t>Cod de identificare fiscală (CIF)</w:t>
            </w:r>
          </w:p>
          <w:p w14:paraId="0802D41E" w14:textId="45D6FD0B" w:rsidR="0070582C" w:rsidRPr="0070582C" w:rsidRDefault="0070582C" w:rsidP="0070582C">
            <w:pPr>
              <w:spacing w:after="20" w:line="240" w:lineRule="auto"/>
              <w:rPr>
                <w:color w:val="004F88"/>
                <w:sz w:val="24"/>
                <w:szCs w:val="24"/>
              </w:rPr>
            </w:pPr>
            <w:r w:rsidRPr="0070582C">
              <w:rPr>
                <w:rFonts w:ascii="Times New Roman" w:hAnsi="Times New Roman"/>
                <w:b/>
                <w:color w:val="004F88"/>
                <w:sz w:val="18"/>
                <w:szCs w:val="24"/>
              </w:rPr>
              <w:t>15865574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8C46411" w14:textId="77777777" w:rsidR="0070582C" w:rsidRPr="0070582C" w:rsidRDefault="0070582C" w:rsidP="0070582C">
            <w:pPr>
              <w:spacing w:after="20" w:line="240" w:lineRule="auto"/>
              <w:rPr>
                <w:rFonts w:ascii="Times New Roman" w:hAnsi="Times New Roman"/>
                <w:b/>
                <w:color w:val="004F88"/>
                <w:sz w:val="18"/>
                <w:szCs w:val="24"/>
              </w:rPr>
            </w:pPr>
            <w:r w:rsidRPr="0070582C">
              <w:rPr>
                <w:rFonts w:ascii="Times New Roman" w:hAnsi="Times New Roman"/>
                <w:b/>
                <w:color w:val="004F88"/>
                <w:sz w:val="18"/>
                <w:szCs w:val="24"/>
              </w:rPr>
              <w:t xml:space="preserve">Adresa oficială : </w:t>
            </w:r>
          </w:p>
          <w:p w14:paraId="213FD238" w14:textId="77777777" w:rsidR="0070582C" w:rsidRPr="0070582C" w:rsidRDefault="0070582C" w:rsidP="0070582C">
            <w:pPr>
              <w:spacing w:after="20" w:line="240" w:lineRule="auto"/>
              <w:rPr>
                <w:rFonts w:ascii="Times New Roman" w:hAnsi="Times New Roman"/>
                <w:b/>
                <w:color w:val="004F88"/>
                <w:sz w:val="18"/>
                <w:szCs w:val="24"/>
              </w:rPr>
            </w:pPr>
            <w:r w:rsidRPr="0070582C">
              <w:rPr>
                <w:rFonts w:ascii="Times New Roman" w:hAnsi="Times New Roman"/>
                <w:b/>
                <w:color w:val="004F88"/>
                <w:sz w:val="18"/>
                <w:szCs w:val="24"/>
              </w:rPr>
              <w:t>Comuna Tomești, Sat Tomești, nr. 682,  j</w:t>
            </w:r>
          </w:p>
          <w:p w14:paraId="28707381" w14:textId="77777777" w:rsidR="0070582C" w:rsidRPr="0070582C" w:rsidRDefault="0070582C" w:rsidP="0070582C">
            <w:pPr>
              <w:spacing w:after="20" w:line="240" w:lineRule="auto"/>
              <w:rPr>
                <w:rFonts w:ascii="Times New Roman" w:hAnsi="Times New Roman"/>
                <w:b/>
                <w:color w:val="004F88"/>
                <w:sz w:val="18"/>
                <w:szCs w:val="24"/>
              </w:rPr>
            </w:pPr>
            <w:r w:rsidRPr="0070582C">
              <w:rPr>
                <w:rFonts w:ascii="Times New Roman" w:hAnsi="Times New Roman"/>
                <w:b/>
                <w:color w:val="004F88"/>
                <w:sz w:val="18"/>
                <w:szCs w:val="24"/>
              </w:rPr>
              <w:t>Județul Harghita, 537037,</w:t>
            </w:r>
          </w:p>
          <w:p w14:paraId="7D0BE870" w14:textId="77777777" w:rsidR="0070582C" w:rsidRPr="0070582C" w:rsidRDefault="0070582C" w:rsidP="0070582C">
            <w:pPr>
              <w:spacing w:after="20" w:line="240" w:lineRule="auto"/>
              <w:rPr>
                <w:rFonts w:ascii="Times New Roman" w:hAnsi="Times New Roman"/>
                <w:b/>
                <w:color w:val="004F88"/>
                <w:sz w:val="18"/>
                <w:szCs w:val="24"/>
              </w:rPr>
            </w:pPr>
            <w:r w:rsidRPr="0070582C">
              <w:rPr>
                <w:rFonts w:ascii="Times New Roman" w:hAnsi="Times New Roman"/>
                <w:b/>
                <w:color w:val="004F88"/>
                <w:sz w:val="18"/>
                <w:szCs w:val="24"/>
              </w:rPr>
              <w:t>România</w:t>
            </w:r>
            <w:r w:rsidRPr="0070582C">
              <w:rPr>
                <w:rFonts w:ascii="Times New Roman" w:hAnsi="Times New Roman"/>
                <w:b/>
                <w:color w:val="004F88"/>
                <w:sz w:val="18"/>
                <w:szCs w:val="24"/>
              </w:rPr>
              <w:tab/>
              <w:t>Tel: +0266 378 118</w:t>
            </w:r>
          </w:p>
          <w:p w14:paraId="133DB3C6" w14:textId="4CE102F4" w:rsidR="0070582C" w:rsidRPr="0070582C" w:rsidRDefault="0070582C" w:rsidP="0070582C">
            <w:pPr>
              <w:spacing w:after="20" w:line="240" w:lineRule="auto"/>
              <w:rPr>
                <w:color w:val="004F88"/>
                <w:sz w:val="24"/>
                <w:szCs w:val="24"/>
              </w:rPr>
            </w:pPr>
            <w:r w:rsidRPr="0070582C">
              <w:rPr>
                <w:rFonts w:ascii="Times New Roman" w:hAnsi="Times New Roman"/>
                <w:b/>
                <w:color w:val="004F88"/>
                <w:sz w:val="18"/>
                <w:szCs w:val="24"/>
              </w:rPr>
              <w:t xml:space="preserve">E-mail:  </w:t>
            </w:r>
            <w:hyperlink r:id="rId10" w:history="1">
              <w:r w:rsidRPr="0070582C">
                <w:rPr>
                  <w:rStyle w:val="Hiperhivatkozs"/>
                  <w:rFonts w:ascii="Times New Roman" w:hAnsi="Times New Roman"/>
                  <w:b/>
                  <w:color w:val="004F88"/>
                  <w:sz w:val="18"/>
                  <w:szCs w:val="24"/>
                </w:rPr>
                <w:t>csikszenttamas@gmail.com</w:t>
              </w:r>
            </w:hyperlink>
            <w:r w:rsidRPr="0070582C">
              <w:rPr>
                <w:rFonts w:ascii="Times New Roman" w:hAnsi="Times New Roman"/>
                <w:b/>
                <w:color w:val="004F88"/>
                <w:sz w:val="18"/>
                <w:szCs w:val="24"/>
              </w:rPr>
              <w:t xml:space="preserve">, </w:t>
            </w:r>
            <w:hyperlink r:id="rId11" w:history="1">
              <w:r w:rsidRPr="0070582C">
                <w:rPr>
                  <w:rStyle w:val="Hiperhivatkozs"/>
                  <w:rFonts w:ascii="Times New Roman" w:hAnsi="Times New Roman"/>
                  <w:b/>
                  <w:color w:val="004F88"/>
                  <w:sz w:val="18"/>
                  <w:szCs w:val="24"/>
                </w:rPr>
                <w:t>tomesti.hr@gmail.com</w:t>
              </w:r>
            </w:hyperlink>
            <w:r w:rsidRPr="0070582C">
              <w:rPr>
                <w:rFonts w:ascii="Times New Roman" w:hAnsi="Times New Roman"/>
                <w:b/>
                <w:color w:val="004F88"/>
                <w:sz w:val="18"/>
                <w:szCs w:val="24"/>
              </w:rPr>
              <w:t xml:space="preserve"> </w:t>
            </w:r>
          </w:p>
        </w:tc>
      </w:tr>
      <w:tr w:rsidR="00BB3915" w:rsidRPr="007844EA" w14:paraId="58FF8D48" w14:textId="77777777" w:rsidTr="00BB3915">
        <w:trPr>
          <w:trHeight w:val="124"/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798F7150" w14:textId="77777777" w:rsidR="00BB3915" w:rsidRPr="007844EA" w:rsidRDefault="00BB3915" w:rsidP="00BB3915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EFAF909" w14:textId="77777777" w:rsidR="00BB3915" w:rsidRPr="0070582C" w:rsidRDefault="00BB3915" w:rsidP="00BB3915">
            <w:pPr>
              <w:spacing w:after="20" w:line="240" w:lineRule="auto"/>
              <w:rPr>
                <w:color w:val="004F88"/>
                <w:sz w:val="24"/>
                <w:szCs w:val="24"/>
              </w:rPr>
            </w:pPr>
            <w:r w:rsidRPr="0070582C">
              <w:rPr>
                <w:rFonts w:ascii="Times New Roman" w:hAnsi="Times New Roman"/>
                <w:b/>
                <w:color w:val="004F88"/>
                <w:sz w:val="18"/>
                <w:szCs w:val="24"/>
              </w:rPr>
              <w:t>Număr înregistrare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D308232" w14:textId="4AF91419" w:rsidR="00BB3915" w:rsidRPr="0070582C" w:rsidRDefault="00BB3915" w:rsidP="00BB3915">
            <w:pPr>
              <w:spacing w:after="20" w:line="240" w:lineRule="auto"/>
              <w:rPr>
                <w:color w:val="004F88"/>
                <w:sz w:val="24"/>
                <w:szCs w:val="24"/>
              </w:rPr>
            </w:pPr>
            <w:r w:rsidRPr="0070582C">
              <w:rPr>
                <w:rFonts w:ascii="Times New Roman" w:hAnsi="Times New Roman"/>
                <w:b/>
                <w:color w:val="004F88"/>
                <w:sz w:val="18"/>
                <w:szCs w:val="24"/>
              </w:rPr>
              <w:t>Data</w:t>
            </w:r>
          </w:p>
        </w:tc>
      </w:tr>
      <w:tr w:rsidR="00EA3403" w:rsidRPr="007844EA" w14:paraId="35B3DD8C" w14:textId="77777777" w:rsidTr="00BB3915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EDBEA2E" w14:textId="77777777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se completează de autoritate — solicitantul nu scrie în această zonă</w:t>
            </w:r>
          </w:p>
        </w:tc>
      </w:tr>
    </w:tbl>
    <w:p w14:paraId="504720D8" w14:textId="77777777" w:rsidR="00EA3403" w:rsidRPr="007844EA" w:rsidRDefault="00EA3403" w:rsidP="00EA3403">
      <w:pPr>
        <w:spacing w:before="80" w:after="60" w:line="240" w:lineRule="auto"/>
        <w:jc w:val="center"/>
        <w:rPr>
          <w:sz w:val="24"/>
          <w:szCs w:val="24"/>
        </w:rPr>
      </w:pPr>
      <w:r w:rsidRPr="007844EA">
        <w:rPr>
          <w:rFonts w:ascii="Times New Roman" w:hAnsi="Times New Roman"/>
          <w:b/>
          <w:sz w:val="28"/>
          <w:szCs w:val="24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EA3403" w:rsidRPr="007844EA" w14:paraId="1DB264D4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3C3E844" w14:textId="77777777" w:rsidR="00EA3403" w:rsidRPr="007844EA" w:rsidRDefault="00EA3403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EA3403" w:rsidRPr="007844EA" w14:paraId="6C72E1CA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FD2D09C" w14:textId="77777777" w:rsidR="00EA3403" w:rsidRPr="007844EA" w:rsidRDefault="00EA3403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Instituția</w:t>
            </w:r>
          </w:p>
          <w:p w14:paraId="3599E855" w14:textId="012400BE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</w:t>
            </w:r>
            <w:r w:rsidR="0070582C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muna Tomești</w:t>
            </w:r>
          </w:p>
        </w:tc>
      </w:tr>
      <w:tr w:rsidR="00EA3403" w:rsidRPr="007844EA" w14:paraId="370238F0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E4CE537" w14:textId="581A81BC" w:rsidR="00EA3403" w:rsidRPr="007844EA" w:rsidRDefault="00EA3403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Către pr</w:t>
            </w:r>
            <w:r w:rsidR="002F6927">
              <w:rPr>
                <w:rFonts w:ascii="Times New Roman" w:hAnsi="Times New Roman"/>
                <w:i/>
                <w:sz w:val="16"/>
                <w:szCs w:val="24"/>
              </w:rPr>
              <w:t>imarul comunei Tomești</w:t>
            </w:r>
          </w:p>
        </w:tc>
      </w:tr>
    </w:tbl>
    <w:p w14:paraId="297CF65D" w14:textId="77777777"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5502BD" w:rsidRPr="00EA3403" w14:paraId="49015E5F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A0410B2" w14:textId="77777777" w:rsidR="005502BD" w:rsidRPr="00EA340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5502BD" w:rsidRPr="00EA3403" w14:paraId="0168996A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48E36F4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EDF23AD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5502BD" w:rsidRPr="00EA3403" w14:paraId="2DC2177B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4D22AD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5502BD" w:rsidRPr="00EA3403" w14:paraId="2F7DED7F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A0B9075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8B18E43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EAB99E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83C61BA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5502BD" w:rsidRPr="00EA3403" w14:paraId="4142515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D0CDB3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5502BD" w:rsidRPr="00EA3403" w14:paraId="213D161F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836CB8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92A9C82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2C31658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5502BD" w:rsidRPr="00EA3403" w14:paraId="4949C8FE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F86692C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27D8285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404F15F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CACA72D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6961EC5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82758F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88CB6B2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5502BD" w:rsidRPr="00EA3403" w14:paraId="485223A7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EB09BB4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5502BD" w:rsidRPr="00EA3403" w14:paraId="23D0F29B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22EA0A7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1D5D81F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21F7F9E1" w14:textId="77777777" w:rsidR="005502BD" w:rsidRPr="00EA3403" w:rsidRDefault="00000000">
      <w:pPr>
        <w:spacing w:before="100" w:after="80" w:line="240" w:lineRule="auto"/>
        <w:jc w:val="center"/>
        <w:rPr>
          <w:sz w:val="24"/>
          <w:szCs w:val="24"/>
        </w:rPr>
      </w:pPr>
      <w:r w:rsidRPr="00EA3403">
        <w:rPr>
          <w:rFonts w:ascii="Times New Roman" w:hAnsi="Times New Roman"/>
          <w:sz w:val="18"/>
          <w:szCs w:val="24"/>
        </w:rPr>
        <w:t>în temeiul art. 257 alin. (17) din Legea nr. 169/2026 privind Codul amenajării teritoriului, urbanismului și construcțiilor,</w:t>
      </w:r>
      <w:r w:rsidRPr="00EA3403">
        <w:rPr>
          <w:rFonts w:ascii="Times New Roman" w:hAnsi="Times New Roman"/>
          <w:sz w:val="18"/>
          <w:szCs w:val="24"/>
        </w:rPr>
        <w:br/>
        <w:t>solicit prelungirea valabilității</w:t>
      </w:r>
      <w:r w:rsidRPr="00EA3403">
        <w:rPr>
          <w:rFonts w:ascii="Times New Roman" w:hAnsi="Times New Roman"/>
          <w:sz w:val="18"/>
          <w:szCs w:val="24"/>
        </w:rPr>
        <w:br/>
      </w:r>
      <w:r w:rsidRPr="00EA3403">
        <w:rPr>
          <w:rFonts w:ascii="Times New Roman" w:hAnsi="Times New Roman"/>
          <w:b/>
          <w:sz w:val="24"/>
          <w:szCs w:val="24"/>
        </w:rPr>
        <w:t>CERTIFICATULUI DE URBANISM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5502BD" w:rsidRPr="00EA3403" w14:paraId="10FC21B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4139F0D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6D992F1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43E706C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 de</w:t>
            </w:r>
          </w:p>
        </w:tc>
      </w:tr>
      <w:tr w:rsidR="005502BD" w:rsidRPr="00EA3403" w14:paraId="1D383FE9" w14:textId="77777777">
        <w:trPr>
          <w:jc w:val="center"/>
        </w:trPr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33A54085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Prelungirea solicitată — de la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5A8F127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până la data</w:t>
            </w:r>
          </w:p>
        </w:tc>
      </w:tr>
    </w:tbl>
    <w:p w14:paraId="11F87FDA" w14:textId="77777777"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5502BD" w:rsidRPr="00EA3403" w14:paraId="07B9C913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54D7623" w14:textId="77777777" w:rsidR="005502BD" w:rsidRPr="00EA340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5502BD" w:rsidRPr="00EA3403" w14:paraId="72DAE4BB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D63A5C1" w14:textId="77777777" w:rsidR="005502BD" w:rsidRPr="00EA3403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5502BD" w:rsidRPr="00EA3403" w14:paraId="63C0E8CD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285D172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2C0D17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A308DE8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5502BD" w:rsidRPr="00EA3403" w14:paraId="177BF884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AAFF36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B19F56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DE89722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EFAD2F6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5502BD" w:rsidRPr="00EA3403" w14:paraId="28A5521E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9F9AEEE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EA3403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AB8A52B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694C0729" w14:textId="77777777"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5502BD" w:rsidRPr="00EA3403" w14:paraId="4F0C2481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4BBADED" w14:textId="77777777" w:rsidR="005502BD" w:rsidRPr="00EA340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5502BD" w:rsidRPr="00EA3403" w14:paraId="20611E3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1FE146AD" w14:textId="77777777" w:rsidR="005502BD" w:rsidRPr="00EA3403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sz w:val="18"/>
                <w:szCs w:val="24"/>
              </w:rPr>
              <w:t>☐ certificatul de urbanism (în original)     ☐ documentul privind achitarea taxei (copie)</w:t>
            </w:r>
          </w:p>
        </w:tc>
      </w:tr>
    </w:tbl>
    <w:p w14:paraId="48D0BC68" w14:textId="77777777"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5502BD" w:rsidRPr="00EA3403" w14:paraId="38DEC63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0AD8C3DE" w14:textId="77777777" w:rsidR="005502BD" w:rsidRPr="00EA340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5502BD" w:rsidRPr="00EA3403" w14:paraId="12CD2AE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5566BFB0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61D49402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Solicitantul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333EFF19" w14:textId="77777777" w:rsidR="005502BD" w:rsidRPr="00EA340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63F41BC3" w14:textId="77777777" w:rsidR="000A6BEC" w:rsidRDefault="000A6BEC"/>
    <w:sectPr w:rsidR="000A6BEC" w:rsidSect="00FC6E81">
      <w:headerReference w:type="default" r:id="rId12"/>
      <w:footerReference w:type="default" r:id="rId13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9E8CD" w14:textId="77777777" w:rsidR="00AD67B0" w:rsidRDefault="00AD67B0">
      <w:pPr>
        <w:spacing w:after="0" w:line="240" w:lineRule="auto"/>
      </w:pPr>
      <w:r>
        <w:separator/>
      </w:r>
    </w:p>
  </w:endnote>
  <w:endnote w:type="continuationSeparator" w:id="0">
    <w:p w14:paraId="48E1F020" w14:textId="77777777" w:rsidR="00AD67B0" w:rsidRDefault="00AD6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6F604" w14:textId="77777777" w:rsidR="005502BD" w:rsidRDefault="00000000">
    <w:pPr>
      <w:pStyle w:val="llb"/>
      <w:jc w:val="center"/>
    </w:pPr>
    <w:r>
      <w:rPr>
        <w:rFonts w:ascii="Times New Roman" w:hAnsi="Times New Roman"/>
        <w:color w:val="646464"/>
        <w:sz w:val="16"/>
      </w:rPr>
      <w:t>F_CU_03 · versiunea 1.0                                                  pagina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42672" w14:textId="77777777" w:rsidR="00AD67B0" w:rsidRDefault="00AD67B0">
      <w:pPr>
        <w:spacing w:after="0" w:line="240" w:lineRule="auto"/>
      </w:pPr>
      <w:r>
        <w:separator/>
      </w:r>
    </w:p>
  </w:footnote>
  <w:footnote w:type="continuationSeparator" w:id="0">
    <w:p w14:paraId="3698D3A6" w14:textId="77777777" w:rsidR="00AD67B0" w:rsidRDefault="00AD6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6E7F5" w14:textId="77777777" w:rsidR="005502BD" w:rsidRDefault="005502BD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9654576">
    <w:abstractNumId w:val="8"/>
  </w:num>
  <w:num w:numId="2" w16cid:durableId="1969312477">
    <w:abstractNumId w:val="6"/>
  </w:num>
  <w:num w:numId="3" w16cid:durableId="625939152">
    <w:abstractNumId w:val="5"/>
  </w:num>
  <w:num w:numId="4" w16cid:durableId="889269239">
    <w:abstractNumId w:val="4"/>
  </w:num>
  <w:num w:numId="5" w16cid:durableId="1787698293">
    <w:abstractNumId w:val="7"/>
  </w:num>
  <w:num w:numId="6" w16cid:durableId="1580822248">
    <w:abstractNumId w:val="3"/>
  </w:num>
  <w:num w:numId="7" w16cid:durableId="967396513">
    <w:abstractNumId w:val="2"/>
  </w:num>
  <w:num w:numId="8" w16cid:durableId="1570268346">
    <w:abstractNumId w:val="1"/>
  </w:num>
  <w:num w:numId="9" w16cid:durableId="657657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5ACA"/>
    <w:rsid w:val="0006063C"/>
    <w:rsid w:val="000A6BEC"/>
    <w:rsid w:val="0015074B"/>
    <w:rsid w:val="00200FFD"/>
    <w:rsid w:val="0029639D"/>
    <w:rsid w:val="002F6927"/>
    <w:rsid w:val="00326F90"/>
    <w:rsid w:val="005502BD"/>
    <w:rsid w:val="00643C12"/>
    <w:rsid w:val="0066233A"/>
    <w:rsid w:val="0070582C"/>
    <w:rsid w:val="00815AE2"/>
    <w:rsid w:val="00A80BE3"/>
    <w:rsid w:val="00AA1D8D"/>
    <w:rsid w:val="00AD67B0"/>
    <w:rsid w:val="00B47730"/>
    <w:rsid w:val="00BB1DF1"/>
    <w:rsid w:val="00BB3915"/>
    <w:rsid w:val="00CB0664"/>
    <w:rsid w:val="00EA3403"/>
    <w:rsid w:val="00EE6302"/>
    <w:rsid w:val="00FC693F"/>
    <w:rsid w:val="00FC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BCBAD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BB39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omesti.hr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sikszenttamas@gmail.com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1201</Characters>
  <Application>Microsoft Office Word</Application>
  <DocSecurity>0</DocSecurity>
  <Lines>10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Biro Monika</cp:lastModifiedBy>
  <cp:revision>6</cp:revision>
  <cp:lastPrinted>2026-09-04T10:09:00Z</cp:lastPrinted>
  <dcterms:created xsi:type="dcterms:W3CDTF">2013-12-23T23:15:00Z</dcterms:created>
  <dcterms:modified xsi:type="dcterms:W3CDTF">2026-09-04T10:09:00Z</dcterms:modified>
  <cp:category/>
</cp:coreProperties>
</file>