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3F5961" w:rsidRPr="007844EA" w14:paraId="6C898F04" w14:textId="77777777" w:rsidTr="003F5961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BBBF753" w14:textId="7892EA68" w:rsidR="003F5961" w:rsidRPr="007844EA" w:rsidRDefault="003F5961" w:rsidP="003F5961">
            <w:pPr>
              <w:rPr>
                <w:sz w:val="24"/>
                <w:szCs w:val="24"/>
              </w:rPr>
            </w:pPr>
            <w:r>
              <w:object w:dxaOrig="7860" w:dyaOrig="9660" w14:anchorId="72EFE78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style="width:95.25pt;height:112.5pt" o:ole="">
                  <v:imagedata r:id="rId8" o:title=""/>
                </v:shape>
                <o:OLEObject Type="Embed" ProgID="PBrush" ShapeID="_x0000_i1028" DrawAspect="Content" ObjectID="_1850033378" r:id="rId9"/>
              </w:object>
            </w:r>
          </w:p>
        </w:tc>
        <w:tc>
          <w:tcPr>
            <w:tcW w:w="86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50C1B8B" w14:textId="5A76A110" w:rsidR="003F5961" w:rsidRPr="007844EA" w:rsidRDefault="003F5961" w:rsidP="003F5961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ghita</w:t>
            </w:r>
            <w:proofErr w:type="spellEnd"/>
          </w:p>
        </w:tc>
      </w:tr>
      <w:tr w:rsidR="003F5961" w:rsidRPr="007844EA" w14:paraId="2D4D17F8" w14:textId="77777777" w:rsidTr="003F5961">
        <w:trPr>
          <w:jc w:val="center"/>
        </w:trPr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74407F77" w14:textId="77777777" w:rsidR="003F5961" w:rsidRPr="007844EA" w:rsidRDefault="003F5961" w:rsidP="003F5961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966F18A" w14:textId="6F05448D" w:rsidR="003F5961" w:rsidRPr="007844EA" w:rsidRDefault="003F5961" w:rsidP="003F5961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omuna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Tome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ști</w:t>
            </w:r>
          </w:p>
        </w:tc>
      </w:tr>
      <w:tr w:rsidR="003F5961" w:rsidRPr="007844EA" w14:paraId="7063402D" w14:textId="77777777" w:rsidTr="003F5961">
        <w:trPr>
          <w:jc w:val="center"/>
        </w:trPr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019D60F6" w14:textId="77777777" w:rsidR="003F5961" w:rsidRPr="007844EA" w:rsidRDefault="003F5961" w:rsidP="003F5961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E7DEDD9" w14:textId="77777777" w:rsidR="003F5961" w:rsidRPr="007844EA" w:rsidRDefault="003F5961" w:rsidP="003F5961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de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identificare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fiscală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(CIF)</w:t>
            </w:r>
          </w:p>
          <w:p w14:paraId="6A38B493" w14:textId="501A8409" w:rsidR="003F5961" w:rsidRPr="007844EA" w:rsidRDefault="003F5961" w:rsidP="003F5961">
            <w:pPr>
              <w:spacing w:after="2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15865574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64FCF53" w14:textId="77777777" w:rsidR="003F5961" w:rsidRPr="007844EA" w:rsidRDefault="003F5961" w:rsidP="003F5961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Adresa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oficială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: </w:t>
            </w:r>
          </w:p>
          <w:p w14:paraId="5ED16FBA" w14:textId="77777777" w:rsidR="003F5961" w:rsidRDefault="003F5961" w:rsidP="003F5961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Tomești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,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Sat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Tomești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,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 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682,  j</w:t>
            </w:r>
          </w:p>
          <w:p w14:paraId="23B824D7" w14:textId="77777777" w:rsidR="003F5961" w:rsidRPr="007844EA" w:rsidRDefault="003F5961" w:rsidP="003F5961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,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5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37037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,</w:t>
            </w:r>
          </w:p>
          <w:p w14:paraId="6A69FFA7" w14:textId="77777777" w:rsidR="003F5961" w:rsidRPr="007844EA" w:rsidRDefault="003F5961" w:rsidP="003F5961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ab/>
              <w:t xml:space="preserve">Tel: +0266 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378 118</w:t>
            </w:r>
          </w:p>
          <w:p w14:paraId="64140DD3" w14:textId="7F81A8AB" w:rsidR="003F5961" w:rsidRPr="007844EA" w:rsidRDefault="003F5961" w:rsidP="003F5961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E-mail: 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hyperlink r:id="rId10" w:history="1">
              <w:r w:rsidRPr="009C13C2">
                <w:rPr>
                  <w:rStyle w:val="Hiperhivatkozs"/>
                  <w:rFonts w:ascii="Times New Roman" w:hAnsi="Times New Roman"/>
                  <w:b/>
                  <w:sz w:val="18"/>
                  <w:szCs w:val="24"/>
                </w:rPr>
                <w:t>csikszenttamas@gmail.com</w:t>
              </w:r>
            </w:hyperlink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, </w:t>
            </w:r>
            <w:hyperlink r:id="rId11" w:history="1">
              <w:r w:rsidRPr="009C13C2">
                <w:rPr>
                  <w:rStyle w:val="Hiperhivatkozs"/>
                  <w:rFonts w:ascii="Times New Roman" w:hAnsi="Times New Roman"/>
                  <w:b/>
                  <w:sz w:val="18"/>
                  <w:szCs w:val="24"/>
                </w:rPr>
                <w:t>tomesti.hr@gmail.com</w:t>
              </w:r>
            </w:hyperlink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</w:p>
        </w:tc>
      </w:tr>
      <w:tr w:rsidR="003F5961" w:rsidRPr="007844EA" w14:paraId="78AB20AB" w14:textId="77777777" w:rsidTr="003F5961">
        <w:trPr>
          <w:trHeight w:val="124"/>
          <w:jc w:val="center"/>
        </w:trPr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2AA1E719" w14:textId="77777777" w:rsidR="003F5961" w:rsidRPr="007844EA" w:rsidRDefault="003F5961" w:rsidP="003F5961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02B8187" w14:textId="77777777" w:rsidR="003F5961" w:rsidRPr="007844EA" w:rsidRDefault="003F5961" w:rsidP="003F5961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înregistrare</w:t>
            </w:r>
            <w:proofErr w:type="spellEnd"/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014CA8C" w14:textId="6106F1DC" w:rsidR="003F5961" w:rsidRPr="007844EA" w:rsidRDefault="003F5961" w:rsidP="003F5961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  <w:tr w:rsidR="00A35EB4" w:rsidRPr="007844EA" w14:paraId="25540A90" w14:textId="77777777" w:rsidTr="003F5961">
        <w:trPr>
          <w:jc w:val="center"/>
        </w:trPr>
        <w:tc>
          <w:tcPr>
            <w:tcW w:w="1080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81128B8" w14:textId="77777777" w:rsidR="00A35EB4" w:rsidRPr="007844EA" w:rsidRDefault="00A35EB4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se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completează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de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autoritate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—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solicitantul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nu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scrie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în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această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zonă</w:t>
            </w:r>
            <w:proofErr w:type="spellEnd"/>
          </w:p>
        </w:tc>
      </w:tr>
    </w:tbl>
    <w:p w14:paraId="13C95A06" w14:textId="7DE4D7EA" w:rsidR="00017265" w:rsidRPr="00A35EB4" w:rsidRDefault="00A35EB4" w:rsidP="00A35EB4">
      <w:pPr>
        <w:spacing w:before="80" w:after="60" w:line="240" w:lineRule="auto"/>
        <w:jc w:val="center"/>
        <w:rPr>
          <w:sz w:val="24"/>
          <w:szCs w:val="24"/>
        </w:rPr>
      </w:pPr>
      <w:r w:rsidRPr="007844EA">
        <w:rPr>
          <w:rFonts w:ascii="Times New Roman" w:hAnsi="Times New Roman"/>
          <w:b/>
          <w:sz w:val="28"/>
          <w:szCs w:val="24"/>
        </w:rPr>
        <w:t>CERERE</w:t>
      </w:r>
      <w:r w:rsidRPr="00A35EB4">
        <w:rPr>
          <w:rFonts w:ascii="Times New Roman" w:hAnsi="Times New Roman"/>
          <w:b/>
          <w:sz w:val="28"/>
          <w:szCs w:val="24"/>
        </w:rPr>
        <w:br/>
      </w:r>
      <w:r w:rsidRPr="00A35EB4">
        <w:rPr>
          <w:rFonts w:ascii="Times New Roman" w:hAnsi="Times New Roman"/>
          <w:sz w:val="20"/>
          <w:szCs w:val="24"/>
        </w:rPr>
        <w:t>pentru emiterea avizului primarului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017265" w:rsidRPr="00A35EB4" w14:paraId="49EEC25C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E8F48F6" w14:textId="77777777" w:rsidR="00017265" w:rsidRPr="00A35EB4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017265" w:rsidRPr="00A35EB4" w14:paraId="76D1AE94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67A317B7" w14:textId="7292C5C5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Instituția</w:t>
            </w: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proofErr w:type="spellStart"/>
            <w:r w:rsidR="003F5961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Comuna</w:t>
            </w:r>
            <w:proofErr w:type="spellEnd"/>
            <w:r w:rsidR="003F5961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="003F5961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Tomești</w:t>
            </w:r>
            <w:proofErr w:type="spellEnd"/>
          </w:p>
        </w:tc>
      </w:tr>
      <w:tr w:rsidR="00017265" w:rsidRPr="00A35EB4" w14:paraId="1962F6FB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65236191" w14:textId="049D3C10" w:rsidR="00017265" w:rsidRPr="00A35EB4" w:rsidRDefault="00000000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A35EB4">
              <w:rPr>
                <w:rFonts w:ascii="Times New Roman" w:hAnsi="Times New Roman"/>
                <w:i/>
                <w:sz w:val="16"/>
                <w:szCs w:val="24"/>
              </w:rPr>
              <w:t>C</w:t>
            </w:r>
            <w:r w:rsidR="003F5961">
              <w:rPr>
                <w:rFonts w:ascii="Times New Roman" w:hAnsi="Times New Roman"/>
                <w:i/>
                <w:sz w:val="16"/>
                <w:szCs w:val="24"/>
              </w:rPr>
              <w:t>ătre</w:t>
            </w:r>
            <w:proofErr w:type="spellEnd"/>
            <w:r w:rsidR="003F5961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3F5961">
              <w:rPr>
                <w:rFonts w:ascii="Times New Roman" w:hAnsi="Times New Roman"/>
                <w:i/>
                <w:sz w:val="16"/>
                <w:szCs w:val="24"/>
              </w:rPr>
              <w:t>primarul</w:t>
            </w:r>
            <w:proofErr w:type="spellEnd"/>
            <w:r w:rsidR="003F5961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3F5961">
              <w:rPr>
                <w:rFonts w:ascii="Times New Roman" w:hAnsi="Times New Roman"/>
                <w:i/>
                <w:sz w:val="16"/>
                <w:szCs w:val="24"/>
              </w:rPr>
              <w:t>comunei</w:t>
            </w:r>
            <w:proofErr w:type="spellEnd"/>
            <w:r w:rsidR="003F5961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3F5961">
              <w:rPr>
                <w:rFonts w:ascii="Times New Roman" w:hAnsi="Times New Roman"/>
                <w:i/>
                <w:sz w:val="16"/>
                <w:szCs w:val="24"/>
              </w:rPr>
              <w:t>Tomești</w:t>
            </w:r>
            <w:proofErr w:type="spellEnd"/>
          </w:p>
        </w:tc>
      </w:tr>
    </w:tbl>
    <w:p w14:paraId="04A9C5F7" w14:textId="77777777" w:rsidR="00017265" w:rsidRPr="00A35EB4" w:rsidRDefault="00017265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017265" w:rsidRPr="00A35EB4" w14:paraId="59A3188F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01C52DA" w14:textId="77777777" w:rsidR="00017265" w:rsidRPr="00A35EB4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sz w:val="18"/>
                <w:szCs w:val="24"/>
              </w:rPr>
              <w:t>2. SOLICITANTUL — INSTITUȚIA ARHITECTULUI-ȘEF</w:t>
            </w:r>
          </w:p>
        </w:tc>
      </w:tr>
      <w:tr w:rsidR="00017265" w:rsidRPr="00A35EB4" w14:paraId="60F7F288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60F21BF6" w14:textId="0241723D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A </w:t>
            </w:r>
            <w:proofErr w:type="spellStart"/>
            <w:r w:rsidR="003F5961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Comunei</w:t>
            </w:r>
            <w:proofErr w:type="spellEnd"/>
            <w:r w:rsidR="003F5961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="003F5961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Tomești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32797D1" w14:textId="46806139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Reprezentată</w:t>
            </w:r>
            <w:proofErr w:type="spellEnd"/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prin</w:t>
            </w:r>
            <w:proofErr w:type="spellEnd"/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arhitect-șef</w:t>
            </w:r>
            <w:proofErr w:type="spellEnd"/>
            <w:r w:rsidR="00784BFC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</w:p>
        </w:tc>
      </w:tr>
    </w:tbl>
    <w:p w14:paraId="232041CC" w14:textId="77777777" w:rsidR="00017265" w:rsidRPr="00A35EB4" w:rsidRDefault="00017265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017265" w:rsidRPr="00A35EB4" w14:paraId="495DE6AE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788E24A" w14:textId="77777777" w:rsidR="00017265" w:rsidRPr="00A35EB4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sz w:val="18"/>
                <w:szCs w:val="24"/>
              </w:rPr>
              <w:t>3. SITUAȚIA LEGALĂ APLICABILĂ DIN COD</w:t>
            </w:r>
          </w:p>
        </w:tc>
      </w:tr>
      <w:tr w:rsidR="00017265" w:rsidRPr="00A35EB4" w14:paraId="494F97B8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32678B16" w14:textId="77777777" w:rsidR="00017265" w:rsidRPr="00A35EB4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sz w:val="18"/>
                <w:szCs w:val="24"/>
              </w:rPr>
              <w:t>☐ art. 41 alin. (3) — avizul primarului în cadrul procedurii de consultare reciprocă pentru un plan urbanistic zonal (PUZ) aferent unei investiții ce se realizează pe teritoriul mai multor unități administrativ-teritoriale</w:t>
            </w:r>
          </w:p>
        </w:tc>
      </w:tr>
      <w:tr w:rsidR="00017265" w:rsidRPr="00A35EB4" w14:paraId="73D6D63E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0D7C47B0" w14:textId="77777777" w:rsidR="00017265" w:rsidRPr="00A35EB4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sz w:val="18"/>
                <w:szCs w:val="24"/>
              </w:rPr>
              <w:t>☐ art. 69 alin. (3) — avizul prealabil, favorabil, al primarului, necesar în vederea aprobării de către președintele consiliului județean a avizului de inițiere pentru un PUZ al cărui teritoriu reglementat implică cel puțin două unități administrativ-teritoriale</w:t>
            </w:r>
          </w:p>
        </w:tc>
      </w:tr>
      <w:tr w:rsidR="00017265" w:rsidRPr="00A35EB4" w14:paraId="7AD85A17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13E60847" w14:textId="77777777" w:rsidR="00017265" w:rsidRPr="00A35EB4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sz w:val="18"/>
                <w:szCs w:val="24"/>
              </w:rPr>
              <w:t>☐ art. 304 alin. (3) — avizul prealabil al primarului, necesar în vederea emiterii autorizației de construire / desființare de către președintele consiliului județean, pentru lucrări pe imobile care depășesc limita unei localități sau în localitățile care nu dețin structuri de specialitate</w:t>
            </w:r>
          </w:p>
        </w:tc>
      </w:tr>
    </w:tbl>
    <w:p w14:paraId="59051D70" w14:textId="77777777" w:rsidR="00017265" w:rsidRPr="00A35EB4" w:rsidRDefault="00017265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017265" w:rsidRPr="00A35EB4" w14:paraId="2C6B888A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4473FE8" w14:textId="77777777" w:rsidR="00017265" w:rsidRPr="00A35EB4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sz w:val="18"/>
                <w:szCs w:val="24"/>
              </w:rPr>
              <w:t>4. IMOBILUL</w:t>
            </w:r>
          </w:p>
        </w:tc>
      </w:tr>
      <w:tr w:rsidR="00017265" w:rsidRPr="00A35EB4" w14:paraId="2AECC464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461E722" w14:textId="77777777" w:rsidR="00017265" w:rsidRPr="00A35EB4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sz w:val="18"/>
                <w:szCs w:val="24"/>
              </w:rPr>
              <w:t>☐ teren     ☐ construcții</w:t>
            </w:r>
          </w:p>
        </w:tc>
      </w:tr>
      <w:tr w:rsidR="00017265" w:rsidRPr="00A35EB4" w14:paraId="3D5D2391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836FD47" w14:textId="77777777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09F7B89" w14:textId="77777777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1532272" w14:textId="77777777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 / sector</w:t>
            </w:r>
          </w:p>
        </w:tc>
      </w:tr>
      <w:tr w:rsidR="00017265" w:rsidRPr="00A35EB4" w14:paraId="38C50C3E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92A3556" w14:textId="77777777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34CFEE8" w14:textId="77777777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BDBDBE0" w14:textId="77777777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C8F1929" w14:textId="77777777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Bl. / sc. / et. / ap.</w:t>
            </w:r>
          </w:p>
        </w:tc>
      </w:tr>
      <w:tr w:rsidR="00017265" w:rsidRPr="00A35EB4" w14:paraId="33962A12" w14:textId="77777777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A7371E6" w14:textId="77777777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cadastral</w:t>
            </w: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A35EB4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dacă imobilul e înscris în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9E57A6B" w14:textId="77777777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Carte funciară nr.</w:t>
            </w:r>
          </w:p>
        </w:tc>
      </w:tr>
    </w:tbl>
    <w:p w14:paraId="22D8CE28" w14:textId="77777777" w:rsidR="00017265" w:rsidRPr="00A35EB4" w:rsidRDefault="00017265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017265" w:rsidRPr="00A35EB4" w14:paraId="56F7F65C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7269914C" w14:textId="77777777" w:rsidR="00017265" w:rsidRPr="00A35EB4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sz w:val="18"/>
                <w:szCs w:val="24"/>
              </w:rPr>
              <w:t>5. ANEXEZ PREZENTEI</w:t>
            </w:r>
          </w:p>
        </w:tc>
      </w:tr>
      <w:tr w:rsidR="00017265" w:rsidRPr="00A35EB4" w14:paraId="4F210C86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01B31B0A" w14:textId="77777777" w:rsidR="00017265" w:rsidRPr="00A35EB4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sz w:val="18"/>
                <w:szCs w:val="24"/>
              </w:rPr>
              <w:t>☐ copie după Certificatul de urbanism, împreună cu planurile-anexă</w:t>
            </w:r>
          </w:p>
        </w:tc>
      </w:tr>
    </w:tbl>
    <w:p w14:paraId="41EA4BDF" w14:textId="77777777" w:rsidR="00017265" w:rsidRPr="00A35EB4" w:rsidRDefault="00017265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017265" w:rsidRPr="00A35EB4" w14:paraId="066E2AA2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546D76AA" w14:textId="77777777" w:rsidR="00017265" w:rsidRPr="00A35EB4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sz w:val="18"/>
                <w:szCs w:val="24"/>
              </w:rPr>
              <w:t>6. DATA ȘI SEMNĂTURA</w:t>
            </w:r>
          </w:p>
        </w:tc>
      </w:tr>
      <w:tr w:rsidR="00017265" w:rsidRPr="00A35EB4" w14:paraId="2B89FB2C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4B663848" w14:textId="77777777" w:rsidR="00017265" w:rsidRPr="00A35EB4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i/>
                <w:sz w:val="18"/>
                <w:szCs w:val="24"/>
              </w:rPr>
              <w:t>Declar pe propria răspundere, cunoscând prevederile legii penale privind falsul în declarații, că datele înscrise sunt reale și exacte.</w:t>
            </w:r>
          </w:p>
        </w:tc>
      </w:tr>
      <w:tr w:rsidR="00017265" w:rsidRPr="00A35EB4" w14:paraId="4ED561D2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677598BB" w14:textId="77777777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25711E4B" w14:textId="77777777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Arhitectul-șef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7FA3ED59" w14:textId="77777777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</w:tc>
      </w:tr>
    </w:tbl>
    <w:p w14:paraId="6B16A41B" w14:textId="77777777" w:rsidR="00D57A25" w:rsidRPr="00A35EB4" w:rsidRDefault="00D57A25">
      <w:pPr>
        <w:rPr>
          <w:sz w:val="24"/>
          <w:szCs w:val="24"/>
        </w:rPr>
      </w:pPr>
    </w:p>
    <w:sectPr w:rsidR="00D57A25" w:rsidRPr="00A35EB4" w:rsidSect="00F02159">
      <w:headerReference w:type="default" r:id="rId12"/>
      <w:footerReference w:type="default" r:id="rId13"/>
      <w:pgSz w:w="11906" w:h="16838" w:code="9"/>
      <w:pgMar w:top="576" w:right="648" w:bottom="576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DE45F" w14:textId="77777777" w:rsidR="0045536F" w:rsidRDefault="0045536F">
      <w:pPr>
        <w:spacing w:after="0" w:line="240" w:lineRule="auto"/>
      </w:pPr>
      <w:r>
        <w:separator/>
      </w:r>
    </w:p>
  </w:endnote>
  <w:endnote w:type="continuationSeparator" w:id="0">
    <w:p w14:paraId="1B631846" w14:textId="77777777" w:rsidR="0045536F" w:rsidRDefault="00455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73346" w14:textId="77777777" w:rsidR="00017265" w:rsidRDefault="00000000">
    <w:pPr>
      <w:pStyle w:val="llb"/>
      <w:jc w:val="center"/>
    </w:pPr>
    <w:r>
      <w:rPr>
        <w:rFonts w:ascii="Times New Roman" w:hAnsi="Times New Roman"/>
        <w:color w:val="646464"/>
        <w:sz w:val="16"/>
      </w:rPr>
      <w:t xml:space="preserve">F_CU_05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685CD" w14:textId="77777777" w:rsidR="0045536F" w:rsidRDefault="0045536F">
      <w:pPr>
        <w:spacing w:after="0" w:line="240" w:lineRule="auto"/>
      </w:pPr>
      <w:r>
        <w:separator/>
      </w:r>
    </w:p>
  </w:footnote>
  <w:footnote w:type="continuationSeparator" w:id="0">
    <w:p w14:paraId="32E8D8D2" w14:textId="77777777" w:rsidR="0045536F" w:rsidRDefault="00455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7C7E3" w14:textId="2238F391" w:rsidR="00017265" w:rsidRDefault="00017265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5178084">
    <w:abstractNumId w:val="8"/>
  </w:num>
  <w:num w:numId="2" w16cid:durableId="726563080">
    <w:abstractNumId w:val="6"/>
  </w:num>
  <w:num w:numId="3" w16cid:durableId="1281719884">
    <w:abstractNumId w:val="5"/>
  </w:num>
  <w:num w:numId="4" w16cid:durableId="1122043017">
    <w:abstractNumId w:val="4"/>
  </w:num>
  <w:num w:numId="5" w16cid:durableId="1365669145">
    <w:abstractNumId w:val="7"/>
  </w:num>
  <w:num w:numId="6" w16cid:durableId="1664888880">
    <w:abstractNumId w:val="3"/>
  </w:num>
  <w:num w:numId="7" w16cid:durableId="1831172676">
    <w:abstractNumId w:val="2"/>
  </w:num>
  <w:num w:numId="8" w16cid:durableId="1894609929">
    <w:abstractNumId w:val="1"/>
  </w:num>
  <w:num w:numId="9" w16cid:durableId="395594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265"/>
    <w:rsid w:val="00034616"/>
    <w:rsid w:val="0006063C"/>
    <w:rsid w:val="0015074B"/>
    <w:rsid w:val="00200FFD"/>
    <w:rsid w:val="0029639D"/>
    <w:rsid w:val="002B0BA3"/>
    <w:rsid w:val="00326F90"/>
    <w:rsid w:val="003F5961"/>
    <w:rsid w:val="0045536F"/>
    <w:rsid w:val="00784BFC"/>
    <w:rsid w:val="00937389"/>
    <w:rsid w:val="00A35EB4"/>
    <w:rsid w:val="00AA1D8D"/>
    <w:rsid w:val="00B47730"/>
    <w:rsid w:val="00CB0664"/>
    <w:rsid w:val="00D57A25"/>
    <w:rsid w:val="00E16AF5"/>
    <w:rsid w:val="00F021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CDAB6B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hivatkozs">
    <w:name w:val="Hyperlink"/>
    <w:basedOn w:val="Bekezdsalapbettpusa"/>
    <w:uiPriority w:val="99"/>
    <w:unhideWhenUsed/>
    <w:rsid w:val="003F59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omesti.hr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sikszenttamas@gmail.com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289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Biro Monika</cp:lastModifiedBy>
  <cp:revision>7</cp:revision>
  <dcterms:created xsi:type="dcterms:W3CDTF">2013-12-23T23:15:00Z</dcterms:created>
  <dcterms:modified xsi:type="dcterms:W3CDTF">2026-09-04T10:23:00Z</dcterms:modified>
  <cp:category/>
</cp:coreProperties>
</file>